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4E69B" w14:textId="0FF47EA6" w:rsidR="00A85D33" w:rsidRPr="00045454" w:rsidRDefault="00AF0F6C" w:rsidP="00680D90">
      <w:pPr>
        <w:spacing w:after="360" w:line="360" w:lineRule="exact"/>
        <w:jc w:val="center"/>
        <w:rPr>
          <w:rFonts w:ascii="BIZ UDPゴシック" w:eastAsia="BIZ UDPゴシック" w:hAnsi="BIZ UDPゴシック"/>
          <w:b/>
          <w:sz w:val="32"/>
          <w:lang w:eastAsia="ja-JP"/>
        </w:rPr>
      </w:pPr>
      <w:r>
        <w:rPr>
          <w:rFonts w:ascii="BIZ UDPゴシック" w:eastAsia="BIZ UDPゴシック" w:hAnsi="BIZ UDPゴシック" w:hint="eastAsia"/>
          <w:b/>
          <w:sz w:val="32"/>
          <w:lang w:eastAsia="ja-JP"/>
        </w:rPr>
        <w:t>学修計画書</w:t>
      </w:r>
      <w:r w:rsidR="00121E59">
        <w:rPr>
          <w:rFonts w:ascii="BIZ UDPゴシック" w:eastAsia="BIZ UDPゴシック" w:hAnsi="BIZ UDPゴシック"/>
          <w:b/>
          <w:sz w:val="32"/>
          <w:lang w:eastAsia="ja-JP"/>
        </w:rPr>
        <w:br/>
      </w:r>
      <w:r w:rsidR="00121E59">
        <w:rPr>
          <w:rFonts w:ascii="BIZ UDPゴシック" w:eastAsia="BIZ UDPゴシック" w:hAnsi="BIZ UDPゴシック" w:hint="eastAsia"/>
          <w:b/>
          <w:sz w:val="32"/>
          <w:lang w:eastAsia="ja-JP"/>
        </w:rPr>
        <w:t>（大学等への修学支援の措置関連）</w:t>
      </w:r>
    </w:p>
    <w:tbl>
      <w:tblPr>
        <w:tblStyle w:val="afe"/>
        <w:tblW w:w="9067" w:type="dxa"/>
        <w:jc w:val="center"/>
        <w:tblCellMar>
          <w:top w:w="113" w:type="dxa"/>
          <w:bottom w:w="113" w:type="dxa"/>
        </w:tblCellMar>
        <w:tblLook w:val="04A0" w:firstRow="1" w:lastRow="0" w:firstColumn="1" w:lastColumn="0" w:noHBand="0" w:noVBand="1"/>
      </w:tblPr>
      <w:tblGrid>
        <w:gridCol w:w="1555"/>
        <w:gridCol w:w="2976"/>
        <w:gridCol w:w="1560"/>
        <w:gridCol w:w="2976"/>
      </w:tblGrid>
      <w:tr w:rsidR="00273CBF" w14:paraId="0E339F95" w14:textId="77777777" w:rsidTr="007261C4">
        <w:trPr>
          <w:jc w:val="center"/>
        </w:trPr>
        <w:tc>
          <w:tcPr>
            <w:tcW w:w="1555" w:type="dxa"/>
          </w:tcPr>
          <w:p w14:paraId="02682EA1" w14:textId="1C0D998D" w:rsidR="00273CBF" w:rsidRPr="00273CBF" w:rsidRDefault="00273CBF" w:rsidP="00273CBF">
            <w:pPr>
              <w:spacing w:line="320" w:lineRule="exact"/>
              <w:jc w:val="center"/>
              <w:rPr>
                <w:sz w:val="24"/>
                <w:lang w:eastAsia="ja-JP"/>
              </w:rPr>
            </w:pPr>
            <w:r>
              <w:rPr>
                <w:rFonts w:hint="eastAsia"/>
                <w:sz w:val="24"/>
                <w:lang w:eastAsia="ja-JP"/>
              </w:rPr>
              <w:t>ふりがな</w:t>
            </w:r>
          </w:p>
        </w:tc>
        <w:tc>
          <w:tcPr>
            <w:tcW w:w="7512" w:type="dxa"/>
            <w:gridSpan w:val="3"/>
          </w:tcPr>
          <w:p w14:paraId="71D186F7" w14:textId="1E967676" w:rsidR="00273CBF" w:rsidRPr="00570211" w:rsidRDefault="00551520" w:rsidP="00BC79B3">
            <w:pPr>
              <w:spacing w:line="320" w:lineRule="exact"/>
              <w:rPr>
                <w:rFonts w:eastAsiaTheme="minorHAnsi"/>
                <w:sz w:val="24"/>
                <w:lang w:eastAsia="ja-JP"/>
              </w:rPr>
            </w:pPr>
            <w:r>
              <w:rPr>
                <w:rFonts w:ascii="ＭＳ 明朝" w:eastAsia="ＭＳ 明朝" w:hAnsi="ＭＳ 明朝" w:cs="ＭＳ 明朝" w:hint="eastAsia"/>
                <w:sz w:val="24"/>
                <w:lang w:eastAsia="ja-JP"/>
              </w:rPr>
              <w:t xml:space="preserve">　</w:t>
            </w:r>
            <w:sdt>
              <w:sdtPr>
                <w:rPr>
                  <w:rFonts w:ascii="ＭＳ 明朝" w:eastAsia="ＭＳ 明朝" w:hAnsi="ＭＳ 明朝" w:cs="ＭＳ 明朝" w:hint="eastAsia"/>
                  <w:sz w:val="24"/>
                  <w:lang w:eastAsia="ja-JP"/>
                </w:rPr>
                <w:id w:val="783776881"/>
                <w:placeholder>
                  <w:docPart w:val="4DAE5D69A6CA46D4840AE1CA8B54259A"/>
                </w:placeholder>
                <w:showingPlcHdr/>
                <w:text/>
              </w:sdtPr>
              <w:sdtEndPr/>
              <w:sdtContent>
                <w:r w:rsidR="008513F2">
                  <w:rPr>
                    <w:rStyle w:val="aff"/>
                    <w:rFonts w:hint="eastAsia"/>
                    <w:lang w:eastAsia="ja-JP"/>
                  </w:rPr>
                  <w:t>（ふりがなを入力）</w:t>
                </w:r>
              </w:sdtContent>
            </w:sdt>
          </w:p>
        </w:tc>
      </w:tr>
      <w:tr w:rsidR="00273CBF" w14:paraId="60DE11EA" w14:textId="77777777" w:rsidTr="007261C4">
        <w:trPr>
          <w:jc w:val="center"/>
        </w:trPr>
        <w:tc>
          <w:tcPr>
            <w:tcW w:w="1555" w:type="dxa"/>
          </w:tcPr>
          <w:p w14:paraId="6D7DC642" w14:textId="77777777" w:rsidR="00273CBF" w:rsidRPr="00570211" w:rsidRDefault="00273CBF" w:rsidP="00273CBF">
            <w:pPr>
              <w:spacing w:line="320" w:lineRule="exact"/>
              <w:jc w:val="center"/>
              <w:rPr>
                <w:rFonts w:eastAsiaTheme="minorHAnsi"/>
                <w:sz w:val="24"/>
              </w:rPr>
            </w:pPr>
            <w:proofErr w:type="gramStart"/>
            <w:r>
              <w:rPr>
                <w:rFonts w:ascii="ＭＳ 明朝" w:eastAsia="ＭＳ 明朝" w:hAnsi="ＭＳ 明朝" w:cs="ＭＳ 明朝" w:hint="eastAsia"/>
                <w:sz w:val="24"/>
              </w:rPr>
              <w:t>氏　　名</w:t>
            </w:r>
            <w:proofErr w:type="gramEnd"/>
          </w:p>
        </w:tc>
        <w:sdt>
          <w:sdtPr>
            <w:rPr>
              <w:rFonts w:eastAsiaTheme="minorHAnsi"/>
              <w:sz w:val="24"/>
              <w:lang w:eastAsia="ja-JP"/>
            </w:rPr>
            <w:id w:val="-1057546128"/>
            <w:placeholder>
              <w:docPart w:val="7B2ED2043E0B49E885A81085C4510F68"/>
            </w:placeholder>
            <w:text/>
          </w:sdtPr>
          <w:sdtEndPr/>
          <w:sdtContent>
            <w:tc>
              <w:tcPr>
                <w:tcW w:w="7512" w:type="dxa"/>
                <w:gridSpan w:val="3"/>
              </w:tcPr>
              <w:p w14:paraId="0D2BB57C" w14:textId="44BDA34B" w:rsidR="00273CBF" w:rsidRPr="00570211" w:rsidRDefault="008513F2" w:rsidP="00BC79B3">
                <w:pPr>
                  <w:spacing w:line="320" w:lineRule="exact"/>
                  <w:ind w:leftChars="100" w:left="220"/>
                  <w:rPr>
                    <w:rFonts w:eastAsiaTheme="minorHAnsi"/>
                    <w:sz w:val="24"/>
                    <w:lang w:eastAsia="ja-JP"/>
                  </w:rPr>
                </w:pPr>
                <w:r>
                  <w:rPr>
                    <w:rStyle w:val="aff"/>
                    <w:rFonts w:hint="eastAsia"/>
                    <w:lang w:eastAsia="ja-JP"/>
                  </w:rPr>
                  <w:t>（氏名を入力）</w:t>
                </w:r>
              </w:p>
            </w:tc>
          </w:sdtContent>
        </w:sdt>
      </w:tr>
      <w:tr w:rsidR="00273CBF" w14:paraId="377B7F01" w14:textId="77777777" w:rsidTr="007261C4">
        <w:trPr>
          <w:jc w:val="center"/>
        </w:trPr>
        <w:tc>
          <w:tcPr>
            <w:tcW w:w="1555" w:type="dxa"/>
          </w:tcPr>
          <w:p w14:paraId="0B86ACCD" w14:textId="588DB467" w:rsidR="00273CBF" w:rsidRDefault="00273CBF" w:rsidP="00BC79B3">
            <w:pPr>
              <w:spacing w:line="320" w:lineRule="exact"/>
              <w:jc w:val="center"/>
              <w:rPr>
                <w:rFonts w:ascii="ＭＳ 明朝" w:eastAsia="ＭＳ 明朝" w:hAnsi="ＭＳ 明朝" w:cs="ＭＳ 明朝"/>
                <w:sz w:val="24"/>
              </w:rPr>
            </w:pPr>
            <w:r>
              <w:rPr>
                <w:rFonts w:ascii="ＭＳ 明朝" w:eastAsia="ＭＳ 明朝" w:hAnsi="ＭＳ 明朝" w:cs="ＭＳ 明朝" w:hint="eastAsia"/>
                <w:sz w:val="24"/>
                <w:lang w:eastAsia="ja-JP"/>
              </w:rPr>
              <w:t>所属学部</w:t>
            </w:r>
          </w:p>
        </w:tc>
        <w:sdt>
          <w:sdtPr>
            <w:rPr>
              <w:rFonts w:eastAsiaTheme="minorHAnsi"/>
              <w:sz w:val="24"/>
              <w:lang w:eastAsia="ja-JP"/>
            </w:rPr>
            <w:id w:val="-231084558"/>
            <w:placeholder>
              <w:docPart w:val="758B40B7B48B4FA295F455F6852933C6"/>
            </w:placeholder>
            <w:showingPlcHdr/>
            <w:text/>
          </w:sdtPr>
          <w:sdtEndPr/>
          <w:sdtContent>
            <w:tc>
              <w:tcPr>
                <w:tcW w:w="2976" w:type="dxa"/>
              </w:tcPr>
              <w:p w14:paraId="7FF1D5E4" w14:textId="7723BA70" w:rsidR="00273CBF" w:rsidRPr="00570211" w:rsidRDefault="00CC6509" w:rsidP="00BC79B3">
                <w:pPr>
                  <w:spacing w:line="320" w:lineRule="exact"/>
                  <w:ind w:leftChars="100" w:left="220"/>
                  <w:rPr>
                    <w:rFonts w:eastAsiaTheme="minorHAnsi"/>
                    <w:sz w:val="24"/>
                    <w:lang w:eastAsia="ja-JP"/>
                  </w:rPr>
                </w:pPr>
                <w:r>
                  <w:rPr>
                    <w:rStyle w:val="aff"/>
                    <w:rFonts w:hint="eastAsia"/>
                    <w:lang w:eastAsia="ja-JP"/>
                  </w:rPr>
                  <w:t>（学部名を</w:t>
                </w:r>
                <w:r w:rsidRPr="00653D4D">
                  <w:rPr>
                    <w:rStyle w:val="aff"/>
                    <w:rFonts w:hint="eastAsia"/>
                    <w:lang w:eastAsia="ja-JP"/>
                  </w:rPr>
                  <w:t>入力</w:t>
                </w:r>
                <w:r>
                  <w:rPr>
                    <w:rStyle w:val="aff"/>
                    <w:rFonts w:hint="eastAsia"/>
                    <w:lang w:eastAsia="ja-JP"/>
                  </w:rPr>
                  <w:t>）</w:t>
                </w:r>
              </w:p>
            </w:tc>
          </w:sdtContent>
        </w:sdt>
        <w:tc>
          <w:tcPr>
            <w:tcW w:w="1560" w:type="dxa"/>
          </w:tcPr>
          <w:p w14:paraId="7BA782A9" w14:textId="3FF1CFF1" w:rsidR="00273CBF" w:rsidRPr="00570211" w:rsidRDefault="00273CBF" w:rsidP="00273CBF">
            <w:pPr>
              <w:spacing w:line="320" w:lineRule="exact"/>
              <w:jc w:val="center"/>
              <w:rPr>
                <w:rFonts w:eastAsiaTheme="minorHAnsi"/>
                <w:sz w:val="24"/>
              </w:rPr>
            </w:pPr>
            <w:r>
              <w:rPr>
                <w:rFonts w:ascii="ＭＳ 明朝" w:eastAsia="ＭＳ 明朝" w:hAnsi="ＭＳ 明朝" w:cs="ＭＳ 明朝" w:hint="eastAsia"/>
                <w:sz w:val="24"/>
                <w:lang w:eastAsia="ja-JP"/>
              </w:rPr>
              <w:t>所属学科</w:t>
            </w:r>
          </w:p>
        </w:tc>
        <w:sdt>
          <w:sdtPr>
            <w:rPr>
              <w:rFonts w:eastAsiaTheme="minorHAnsi"/>
              <w:sz w:val="24"/>
              <w:lang w:eastAsia="ja-JP"/>
            </w:rPr>
            <w:id w:val="-1741948101"/>
            <w:placeholder>
              <w:docPart w:val="FDE86D8B999D464689B0ED42282ADEFC"/>
            </w:placeholder>
            <w:showingPlcHdr/>
            <w:text/>
          </w:sdtPr>
          <w:sdtEndPr/>
          <w:sdtContent>
            <w:tc>
              <w:tcPr>
                <w:tcW w:w="2976" w:type="dxa"/>
              </w:tcPr>
              <w:p w14:paraId="489FDA03" w14:textId="44B3392A" w:rsidR="00273CBF" w:rsidRPr="00570211" w:rsidRDefault="00CC6509" w:rsidP="00BC79B3">
                <w:pPr>
                  <w:spacing w:line="320" w:lineRule="exact"/>
                  <w:ind w:leftChars="100" w:left="220"/>
                  <w:rPr>
                    <w:rFonts w:eastAsiaTheme="minorHAnsi"/>
                    <w:sz w:val="24"/>
                    <w:lang w:eastAsia="ja-JP"/>
                  </w:rPr>
                </w:pPr>
                <w:r>
                  <w:rPr>
                    <w:rStyle w:val="aff"/>
                    <w:rFonts w:hint="eastAsia"/>
                    <w:lang w:eastAsia="ja-JP"/>
                  </w:rPr>
                  <w:t>（学科名を入力）</w:t>
                </w:r>
              </w:p>
            </w:tc>
          </w:sdtContent>
        </w:sdt>
      </w:tr>
      <w:tr w:rsidR="00273CBF" w14:paraId="205822D4" w14:textId="77777777" w:rsidTr="007261C4">
        <w:trPr>
          <w:jc w:val="center"/>
        </w:trPr>
        <w:tc>
          <w:tcPr>
            <w:tcW w:w="1555" w:type="dxa"/>
          </w:tcPr>
          <w:p w14:paraId="1DE307B6" w14:textId="7DD88FD9" w:rsidR="00273CBF" w:rsidRDefault="00273CBF" w:rsidP="00BC79B3">
            <w:pPr>
              <w:spacing w:line="320" w:lineRule="exact"/>
              <w:jc w:val="center"/>
              <w:rPr>
                <w:rFonts w:ascii="ＭＳ 明朝" w:eastAsia="ＭＳ 明朝" w:hAnsi="ＭＳ 明朝" w:cs="ＭＳ 明朝"/>
                <w:sz w:val="24"/>
                <w:lang w:eastAsia="ja-JP"/>
              </w:rPr>
            </w:pPr>
            <w:r>
              <w:rPr>
                <w:rFonts w:ascii="ＭＳ 明朝" w:eastAsia="ＭＳ 明朝" w:hAnsi="ＭＳ 明朝" w:cs="ＭＳ 明朝" w:hint="eastAsia"/>
                <w:sz w:val="24"/>
                <w:lang w:eastAsia="ja-JP"/>
              </w:rPr>
              <w:t>学籍番号</w:t>
            </w:r>
          </w:p>
        </w:tc>
        <w:sdt>
          <w:sdtPr>
            <w:rPr>
              <w:rFonts w:eastAsiaTheme="minorHAnsi"/>
              <w:sz w:val="24"/>
            </w:rPr>
            <w:id w:val="-149760682"/>
            <w:placeholder>
              <w:docPart w:val="1A10AF1E20224389B40CE96B1E690F80"/>
            </w:placeholder>
            <w:showingPlcHdr/>
            <w:text/>
          </w:sdtPr>
          <w:sdtEndPr/>
          <w:sdtContent>
            <w:tc>
              <w:tcPr>
                <w:tcW w:w="2976" w:type="dxa"/>
              </w:tcPr>
              <w:p w14:paraId="29AB966D" w14:textId="78E97F3E" w:rsidR="00273CBF" w:rsidRPr="00570211" w:rsidRDefault="00CC6509" w:rsidP="00BC79B3">
                <w:pPr>
                  <w:spacing w:line="320" w:lineRule="exact"/>
                  <w:ind w:leftChars="100" w:left="220"/>
                  <w:rPr>
                    <w:rFonts w:eastAsiaTheme="minorHAnsi"/>
                    <w:sz w:val="24"/>
                    <w:lang w:eastAsia="ja-JP"/>
                  </w:rPr>
                </w:pPr>
                <w:r>
                  <w:rPr>
                    <w:rStyle w:val="aff"/>
                    <w:rFonts w:hint="eastAsia"/>
                    <w:lang w:eastAsia="ja-JP"/>
                  </w:rPr>
                  <w:t>（学籍番号入力）</w:t>
                </w:r>
              </w:p>
            </w:tc>
          </w:sdtContent>
        </w:sdt>
        <w:tc>
          <w:tcPr>
            <w:tcW w:w="1560" w:type="dxa"/>
          </w:tcPr>
          <w:p w14:paraId="36B6AE1D" w14:textId="5D7F939D" w:rsidR="00273CBF" w:rsidRDefault="00273CBF" w:rsidP="00273CBF">
            <w:pPr>
              <w:spacing w:line="320" w:lineRule="exact"/>
              <w:jc w:val="center"/>
              <w:rPr>
                <w:rFonts w:ascii="ＭＳ 明朝" w:eastAsia="ＭＳ 明朝" w:hAnsi="ＭＳ 明朝" w:cs="ＭＳ 明朝"/>
                <w:sz w:val="24"/>
                <w:lang w:eastAsia="ja-JP"/>
              </w:rPr>
            </w:pPr>
            <w:r>
              <w:rPr>
                <w:rFonts w:ascii="ＭＳ 明朝" w:eastAsia="ＭＳ 明朝" w:hAnsi="ＭＳ 明朝" w:cs="ＭＳ 明朝" w:hint="eastAsia"/>
                <w:sz w:val="24"/>
                <w:lang w:eastAsia="ja-JP"/>
              </w:rPr>
              <w:t>学年</w:t>
            </w:r>
          </w:p>
        </w:tc>
        <w:sdt>
          <w:sdtPr>
            <w:rPr>
              <w:rFonts w:eastAsiaTheme="minorHAnsi"/>
              <w:sz w:val="24"/>
              <w:lang w:eastAsia="ja-JP"/>
            </w:rPr>
            <w:id w:val="670148783"/>
            <w:placeholder>
              <w:docPart w:val="6F23FF231EF647839F0045F39D81AF30"/>
            </w:placeholder>
            <w:showingPlcHdr/>
            <w:text/>
          </w:sdtPr>
          <w:sdtEndPr/>
          <w:sdtContent>
            <w:tc>
              <w:tcPr>
                <w:tcW w:w="2976" w:type="dxa"/>
              </w:tcPr>
              <w:p w14:paraId="19425233" w14:textId="7666759F" w:rsidR="00273CBF" w:rsidRPr="00570211" w:rsidRDefault="00CC6509" w:rsidP="00BC79B3">
                <w:pPr>
                  <w:spacing w:line="320" w:lineRule="exact"/>
                  <w:ind w:leftChars="100" w:left="220"/>
                  <w:rPr>
                    <w:rFonts w:eastAsiaTheme="minorHAnsi"/>
                    <w:sz w:val="24"/>
                    <w:lang w:eastAsia="ja-JP"/>
                  </w:rPr>
                </w:pPr>
                <w:r>
                  <w:rPr>
                    <w:rStyle w:val="aff"/>
                    <w:rFonts w:hint="eastAsia"/>
                    <w:lang w:eastAsia="ja-JP"/>
                  </w:rPr>
                  <w:t>（学年を入力）</w:t>
                </w:r>
              </w:p>
            </w:tc>
          </w:sdtContent>
        </w:sdt>
      </w:tr>
    </w:tbl>
    <w:p w14:paraId="2233F88F" w14:textId="77777777" w:rsidR="00AF0F6C" w:rsidRPr="00CC6509" w:rsidRDefault="00AF0F6C" w:rsidP="00AF0F6C">
      <w:pPr>
        <w:spacing w:after="240" w:line="320" w:lineRule="exact"/>
        <w:rPr>
          <w:bCs/>
          <w:sz w:val="24"/>
          <w:szCs w:val="20"/>
          <w:lang w:eastAsia="ja-JP"/>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6"/>
      </w:tblGrid>
      <w:tr w:rsidR="007261C4" w14:paraId="0417C602" w14:textId="77777777" w:rsidTr="00D44F6A">
        <w:trPr>
          <w:trHeight w:val="2305"/>
        </w:trPr>
        <w:tc>
          <w:tcPr>
            <w:tcW w:w="9746" w:type="dxa"/>
          </w:tcPr>
          <w:p w14:paraId="02B0473A" w14:textId="68705F76" w:rsidR="007261C4" w:rsidRPr="00B30EBE" w:rsidRDefault="007261C4" w:rsidP="007261C4">
            <w:pPr>
              <w:pStyle w:val="1"/>
              <w:spacing w:before="0" w:line="400" w:lineRule="exact"/>
              <w:ind w:firstLineChars="100" w:firstLine="241"/>
              <w:rPr>
                <w:sz w:val="24"/>
                <w:szCs w:val="24"/>
                <w:lang w:eastAsia="ja-JP"/>
              </w:rPr>
            </w:pPr>
            <w:bookmarkStart w:id="0" w:name="_Hlk238805557"/>
            <w:bookmarkStart w:id="1" w:name="_Hlk238816903"/>
            <w:r>
              <w:rPr>
                <w:rFonts w:hint="eastAsia"/>
                <w:sz w:val="24"/>
                <w:szCs w:val="24"/>
                <w:lang w:eastAsia="ja-JP"/>
              </w:rPr>
              <w:t>１．</w:t>
            </w:r>
            <w:r w:rsidRPr="00B30EBE">
              <w:rPr>
                <w:rFonts w:hint="eastAsia"/>
                <w:sz w:val="24"/>
                <w:szCs w:val="24"/>
                <w:lang w:eastAsia="ja-JP"/>
              </w:rPr>
              <w:t>学修の目的（将来の展望を含む。）</w:t>
            </w:r>
          </w:p>
          <w:p w14:paraId="3FA91CD0" w14:textId="1C4CC955" w:rsidR="007261C4" w:rsidRDefault="007261C4" w:rsidP="008513F2">
            <w:pPr>
              <w:spacing w:line="320" w:lineRule="exact"/>
              <w:ind w:leftChars="200" w:left="440"/>
              <w:rPr>
                <w:bCs/>
                <w:sz w:val="21"/>
                <w:szCs w:val="16"/>
                <w:lang w:eastAsia="ja-JP"/>
              </w:rPr>
            </w:pPr>
            <w:r w:rsidRPr="00B30EBE">
              <w:rPr>
                <w:rFonts w:hint="eastAsia"/>
                <w:bCs/>
                <w:sz w:val="21"/>
                <w:szCs w:val="16"/>
                <w:lang w:eastAsia="ja-JP"/>
              </w:rPr>
              <w:t>次の（</w:t>
            </w:r>
            <w:r w:rsidRPr="00B30EBE">
              <w:rPr>
                <w:rFonts w:hint="eastAsia"/>
                <w:bCs/>
                <w:sz w:val="21"/>
                <w:szCs w:val="16"/>
                <w:lang w:eastAsia="ja-JP"/>
              </w:rPr>
              <w:t>1</w:t>
            </w:r>
            <w:r w:rsidRPr="00B30EBE">
              <w:rPr>
                <w:rFonts w:hint="eastAsia"/>
                <w:bCs/>
                <w:sz w:val="21"/>
                <w:szCs w:val="16"/>
                <w:lang w:eastAsia="ja-JP"/>
              </w:rPr>
              <w:t>）から（</w:t>
            </w:r>
            <w:r w:rsidRPr="00B30EBE">
              <w:rPr>
                <w:rFonts w:hint="eastAsia"/>
                <w:bCs/>
                <w:sz w:val="21"/>
                <w:szCs w:val="16"/>
                <w:lang w:eastAsia="ja-JP"/>
              </w:rPr>
              <w:t>3</w:t>
            </w:r>
            <w:r w:rsidRPr="00B30EBE">
              <w:rPr>
                <w:rFonts w:hint="eastAsia"/>
                <w:bCs/>
                <w:sz w:val="21"/>
                <w:szCs w:val="16"/>
                <w:lang w:eastAsia="ja-JP"/>
              </w:rPr>
              <w:t>）を参考に、現在在籍中の</w:t>
            </w:r>
            <w:r w:rsidR="008513F2">
              <w:rPr>
                <w:rFonts w:hint="eastAsia"/>
                <w:bCs/>
                <w:sz w:val="21"/>
                <w:szCs w:val="16"/>
                <w:lang w:eastAsia="ja-JP"/>
              </w:rPr>
              <w:t>学部</w:t>
            </w:r>
            <w:r w:rsidRPr="00B30EBE">
              <w:rPr>
                <w:rFonts w:hint="eastAsia"/>
                <w:bCs/>
                <w:sz w:val="21"/>
                <w:szCs w:val="16"/>
                <w:lang w:eastAsia="ja-JP"/>
              </w:rPr>
              <w:t>での学修目的について記述してください。</w:t>
            </w:r>
            <w:r w:rsidRPr="00B30EBE">
              <w:rPr>
                <w:bCs/>
                <w:sz w:val="21"/>
                <w:szCs w:val="16"/>
                <w:lang w:eastAsia="ja-JP"/>
              </w:rPr>
              <w:br/>
            </w:r>
            <w:r w:rsidRPr="007261C4">
              <w:rPr>
                <w:rFonts w:asciiTheme="minorEastAsia" w:hAnsiTheme="minorEastAsia" w:hint="eastAsia"/>
                <w:bCs/>
                <w:sz w:val="21"/>
                <w:szCs w:val="16"/>
                <w:lang w:eastAsia="ja-JP"/>
              </w:rPr>
              <w:t>（200字以上400 字以内）</w:t>
            </w:r>
          </w:p>
          <w:p w14:paraId="55C33FDD" w14:textId="77777777" w:rsidR="007261C4" w:rsidRDefault="007261C4" w:rsidP="007261C4">
            <w:pPr>
              <w:spacing w:line="200" w:lineRule="exact"/>
              <w:rPr>
                <w:bCs/>
                <w:sz w:val="21"/>
                <w:szCs w:val="16"/>
                <w:lang w:eastAsia="ja-JP"/>
              </w:rPr>
            </w:pPr>
          </w:p>
          <w:p w14:paraId="4CF0AEF0" w14:textId="7644C952" w:rsidR="007261C4" w:rsidRDefault="007261C4" w:rsidP="007261C4">
            <w:pPr>
              <w:spacing w:line="320" w:lineRule="exact"/>
              <w:ind w:leftChars="100" w:left="220"/>
              <w:rPr>
                <w:bCs/>
                <w:sz w:val="21"/>
                <w:szCs w:val="16"/>
                <w:lang w:eastAsia="ja-JP"/>
              </w:rPr>
            </w:pPr>
            <w:r w:rsidRPr="00B30EBE">
              <w:rPr>
                <w:rFonts w:hint="eastAsia"/>
                <w:bCs/>
                <w:sz w:val="21"/>
                <w:szCs w:val="16"/>
                <w:lang w:eastAsia="ja-JP"/>
              </w:rPr>
              <w:t>（</w:t>
            </w:r>
            <w:r w:rsidRPr="00B30EBE">
              <w:rPr>
                <w:rFonts w:hint="eastAsia"/>
                <w:bCs/>
                <w:sz w:val="21"/>
                <w:szCs w:val="16"/>
                <w:lang w:eastAsia="ja-JP"/>
              </w:rPr>
              <w:t>1</w:t>
            </w:r>
            <w:r w:rsidRPr="00B30EBE">
              <w:rPr>
                <w:rFonts w:hint="eastAsia"/>
                <w:bCs/>
                <w:sz w:val="21"/>
                <w:szCs w:val="16"/>
                <w:lang w:eastAsia="ja-JP"/>
              </w:rPr>
              <w:t>）将来に就きたい職業（業種）があり、その職業（業種）に就くための知識</w:t>
            </w:r>
            <w:r>
              <w:rPr>
                <w:rFonts w:hint="eastAsia"/>
                <w:bCs/>
                <w:sz w:val="21"/>
                <w:szCs w:val="16"/>
                <w:lang w:eastAsia="ja-JP"/>
              </w:rPr>
              <w:t>を</w:t>
            </w:r>
            <w:r w:rsidRPr="00B30EBE">
              <w:rPr>
                <w:rFonts w:hint="eastAsia"/>
                <w:bCs/>
                <w:sz w:val="21"/>
                <w:szCs w:val="16"/>
                <w:lang w:eastAsia="ja-JP"/>
              </w:rPr>
              <w:t>修得する</w:t>
            </w:r>
            <w:r w:rsidRPr="00B30EBE">
              <w:rPr>
                <w:bCs/>
                <w:sz w:val="21"/>
                <w:szCs w:val="16"/>
                <w:lang w:eastAsia="ja-JP"/>
              </w:rPr>
              <w:br/>
            </w:r>
            <w:r w:rsidRPr="00B30EBE">
              <w:rPr>
                <w:rFonts w:hint="eastAsia"/>
                <w:bCs/>
                <w:sz w:val="21"/>
                <w:szCs w:val="16"/>
                <w:lang w:eastAsia="ja-JP"/>
              </w:rPr>
              <w:t>（</w:t>
            </w:r>
            <w:r w:rsidRPr="00B30EBE">
              <w:rPr>
                <w:rFonts w:hint="eastAsia"/>
                <w:bCs/>
                <w:sz w:val="21"/>
                <w:szCs w:val="16"/>
                <w:lang w:eastAsia="ja-JP"/>
              </w:rPr>
              <w:t>2</w:t>
            </w:r>
            <w:r w:rsidRPr="00B30EBE">
              <w:rPr>
                <w:rFonts w:hint="eastAsia"/>
                <w:bCs/>
                <w:sz w:val="21"/>
                <w:szCs w:val="16"/>
                <w:lang w:eastAsia="ja-JP"/>
              </w:rPr>
              <w:t>）興味のある学問分野や実践的領域があり、それらに関する知識を</w:t>
            </w:r>
            <w:r>
              <w:rPr>
                <w:rFonts w:hint="eastAsia"/>
                <w:bCs/>
                <w:sz w:val="21"/>
                <w:szCs w:val="16"/>
                <w:lang w:eastAsia="ja-JP"/>
              </w:rPr>
              <w:t>修得</w:t>
            </w:r>
            <w:r w:rsidRPr="00B30EBE">
              <w:rPr>
                <w:rFonts w:hint="eastAsia"/>
                <w:bCs/>
                <w:sz w:val="21"/>
                <w:szCs w:val="16"/>
                <w:lang w:eastAsia="ja-JP"/>
              </w:rPr>
              <w:t>し</w:t>
            </w:r>
            <w:r>
              <w:rPr>
                <w:rFonts w:hint="eastAsia"/>
                <w:bCs/>
                <w:sz w:val="21"/>
                <w:szCs w:val="16"/>
                <w:lang w:eastAsia="ja-JP"/>
              </w:rPr>
              <w:t>、</w:t>
            </w:r>
            <w:r w:rsidRPr="00B30EBE">
              <w:rPr>
                <w:rFonts w:hint="eastAsia"/>
                <w:bCs/>
                <w:sz w:val="21"/>
                <w:szCs w:val="16"/>
                <w:lang w:eastAsia="ja-JP"/>
              </w:rPr>
              <w:t>理解を深める</w:t>
            </w:r>
          </w:p>
          <w:p w14:paraId="391F62A2" w14:textId="0FE61D4D" w:rsidR="007261C4" w:rsidRDefault="007261C4" w:rsidP="007261C4">
            <w:pPr>
              <w:spacing w:line="320" w:lineRule="exact"/>
              <w:ind w:leftChars="100" w:left="220"/>
              <w:rPr>
                <w:sz w:val="18"/>
                <w:lang w:eastAsia="ja-JP"/>
              </w:rPr>
            </w:pPr>
            <w:r>
              <w:rPr>
                <w:rFonts w:hint="eastAsia"/>
                <w:bCs/>
                <w:sz w:val="21"/>
                <w:szCs w:val="16"/>
                <w:lang w:eastAsia="ja-JP"/>
              </w:rPr>
              <w:t>（</w:t>
            </w:r>
            <w:r>
              <w:rPr>
                <w:rFonts w:hint="eastAsia"/>
                <w:bCs/>
                <w:sz w:val="21"/>
                <w:szCs w:val="16"/>
                <w:lang w:eastAsia="ja-JP"/>
              </w:rPr>
              <w:t>3</w:t>
            </w:r>
            <w:r>
              <w:rPr>
                <w:rFonts w:hint="eastAsia"/>
                <w:bCs/>
                <w:sz w:val="21"/>
                <w:szCs w:val="16"/>
                <w:lang w:eastAsia="ja-JP"/>
              </w:rPr>
              <w:t>）</w:t>
            </w:r>
            <w:r w:rsidRPr="00B30EBE">
              <w:rPr>
                <w:rFonts w:hint="eastAsia"/>
                <w:bCs/>
                <w:sz w:val="21"/>
                <w:szCs w:val="16"/>
                <w:lang w:eastAsia="ja-JP"/>
              </w:rPr>
              <w:t>将来、社会人として自立するための基礎的な能力を身に付ける</w:t>
            </w:r>
          </w:p>
        </w:tc>
      </w:tr>
      <w:tr w:rsidR="007261C4" w14:paraId="22565CA1" w14:textId="77777777" w:rsidTr="00D44F6A">
        <w:trPr>
          <w:trHeight w:val="3424"/>
        </w:trPr>
        <w:tc>
          <w:tcPr>
            <w:tcW w:w="9746" w:type="dxa"/>
          </w:tcPr>
          <w:p w14:paraId="1F13F672" w14:textId="77777777" w:rsidR="007261C4" w:rsidRPr="007261C4" w:rsidRDefault="007261C4" w:rsidP="00BC79B3">
            <w:pPr>
              <w:pStyle w:val="TableParagraph"/>
              <w:spacing w:line="20" w:lineRule="exact"/>
              <w:ind w:left="-15" w:right="-58"/>
              <w:rPr>
                <w:rFonts w:ascii="BIZ UDゴシック"/>
                <w:b/>
                <w:sz w:val="24"/>
                <w:szCs w:val="28"/>
                <w:lang w:eastAsia="ja-JP"/>
              </w:rPr>
            </w:pPr>
          </w:p>
          <w:p w14:paraId="5BE24456" w14:textId="77777777" w:rsidR="007261C4" w:rsidRDefault="007261C4" w:rsidP="00BC79B3">
            <w:pPr>
              <w:pStyle w:val="TableParagraph"/>
              <w:spacing w:line="20" w:lineRule="exact"/>
              <w:ind w:left="-15" w:right="-58"/>
              <w:rPr>
                <w:rFonts w:ascii="BIZ UDゴシック"/>
                <w:sz w:val="2"/>
                <w:lang w:eastAsia="ja-JP"/>
              </w:rPr>
            </w:pPr>
          </w:p>
          <w:p w14:paraId="126477AE" w14:textId="77777777" w:rsidR="007261C4" w:rsidRDefault="007261C4" w:rsidP="00BC79B3">
            <w:pPr>
              <w:pStyle w:val="TableParagraph"/>
              <w:spacing w:line="20" w:lineRule="exact"/>
              <w:ind w:left="-15" w:right="-58"/>
              <w:rPr>
                <w:rFonts w:ascii="BIZ UDゴシック"/>
                <w:sz w:val="2"/>
                <w:lang w:eastAsia="ja-JP"/>
              </w:rPr>
            </w:pPr>
          </w:p>
          <w:p w14:paraId="334FF8EC" w14:textId="77777777" w:rsidR="007261C4" w:rsidRPr="003E5650" w:rsidRDefault="007261C4" w:rsidP="00BC79B3">
            <w:pPr>
              <w:pStyle w:val="TableParagraph"/>
              <w:spacing w:line="20" w:lineRule="exact"/>
              <w:ind w:left="-15" w:right="-58"/>
              <w:rPr>
                <w:rFonts w:ascii="BIZ UDゴシック"/>
                <w:sz w:val="2"/>
                <w:lang w:eastAsia="ja-JP"/>
              </w:rPr>
            </w:pPr>
            <w:r w:rsidRPr="003E5650">
              <w:rPr>
                <w:rFonts w:ascii="BIZ UDゴシック" w:hint="eastAsia"/>
                <w:sz w:val="2"/>
                <w:lang w:eastAsia="ja-JP"/>
              </w:rPr>
              <w:t xml:space="preserve">　</w:t>
            </w:r>
          </w:p>
          <w:p w14:paraId="44343333" w14:textId="5669B30F" w:rsidR="007261C4" w:rsidRPr="003E5650" w:rsidRDefault="007261C4" w:rsidP="009D7CB5">
            <w:pPr>
              <w:pStyle w:val="TableParagraph"/>
              <w:spacing w:before="3"/>
              <w:rPr>
                <w:rFonts w:ascii="BIZ UDゴシック"/>
                <w:b/>
                <w:sz w:val="24"/>
                <w:szCs w:val="24"/>
                <w:lang w:eastAsia="ja-JP"/>
              </w:rPr>
            </w:pPr>
            <w:r w:rsidRPr="003E5650">
              <w:rPr>
                <w:rFonts w:ascii="BIZ UDゴシック" w:hint="eastAsia"/>
                <w:b/>
                <w:sz w:val="24"/>
                <w:szCs w:val="24"/>
                <w:lang w:eastAsia="ja-JP"/>
              </w:rPr>
              <w:t xml:space="preserve">　</w:t>
            </w:r>
            <w:sdt>
              <w:sdtPr>
                <w:rPr>
                  <w:rFonts w:hint="eastAsia"/>
                  <w:lang w:eastAsia="ja-JP"/>
                </w:rPr>
                <w:id w:val="1422904774"/>
                <w:lock w:val="sdtLocked"/>
                <w:placeholder>
                  <w:docPart w:val="23713CB03D6145C6A99B98F199F52A70"/>
                </w:placeholder>
                <w:showingPlcHdr/>
                <w:text/>
              </w:sdtPr>
              <w:sdtEndPr/>
              <w:sdtContent>
                <w:r w:rsidR="009D7CB5" w:rsidRPr="00BD6B0B">
                  <w:rPr>
                    <w:rStyle w:val="aff"/>
                    <w:rFonts w:asciiTheme="minorEastAsia" w:eastAsiaTheme="minorEastAsia" w:hAnsiTheme="minorEastAsia" w:hint="eastAsia"/>
                    <w:sz w:val="21"/>
                    <w:szCs w:val="21"/>
                  </w:rPr>
                  <w:t>ここに学修の目的を入力してください。 （200字以上400字以内）</w:t>
                </w:r>
              </w:sdtContent>
            </w:sdt>
          </w:p>
          <w:p w14:paraId="219D15B4" w14:textId="77777777" w:rsidR="007261C4" w:rsidRDefault="007261C4" w:rsidP="00BC79B3">
            <w:pPr>
              <w:pStyle w:val="TableParagraph"/>
              <w:spacing w:line="20" w:lineRule="exact"/>
              <w:ind w:left="-15" w:right="-58"/>
              <w:rPr>
                <w:rFonts w:ascii="BIZ UDゴシック"/>
                <w:sz w:val="2"/>
                <w:lang w:eastAsia="ja-JP"/>
              </w:rPr>
            </w:pPr>
          </w:p>
        </w:tc>
      </w:tr>
      <w:tr w:rsidR="007261C4" w14:paraId="76A3EEA1" w14:textId="77777777" w:rsidTr="00D44F6A">
        <w:trPr>
          <w:trHeight w:val="1519"/>
        </w:trPr>
        <w:tc>
          <w:tcPr>
            <w:tcW w:w="9746" w:type="dxa"/>
          </w:tcPr>
          <w:p w14:paraId="12C1EFE3" w14:textId="77777777" w:rsidR="007261C4" w:rsidRPr="00B30EBE" w:rsidRDefault="007261C4" w:rsidP="007261C4">
            <w:pPr>
              <w:pStyle w:val="1"/>
              <w:spacing w:before="0" w:line="400" w:lineRule="exact"/>
              <w:ind w:firstLineChars="100" w:firstLine="241"/>
              <w:rPr>
                <w:sz w:val="24"/>
                <w:szCs w:val="24"/>
                <w:lang w:eastAsia="ja-JP"/>
              </w:rPr>
            </w:pPr>
            <w:r>
              <w:rPr>
                <w:rFonts w:hint="eastAsia"/>
                <w:sz w:val="24"/>
                <w:szCs w:val="24"/>
                <w:lang w:eastAsia="ja-JP"/>
              </w:rPr>
              <w:t>２</w:t>
            </w:r>
            <w:r w:rsidRPr="00B30EBE">
              <w:rPr>
                <w:rFonts w:hint="eastAsia"/>
                <w:sz w:val="24"/>
                <w:szCs w:val="24"/>
                <w:lang w:eastAsia="ja-JP"/>
              </w:rPr>
              <w:t>．</w:t>
            </w:r>
            <w:r w:rsidRPr="009D3AE4">
              <w:rPr>
                <w:rFonts w:hint="eastAsia"/>
                <w:sz w:val="24"/>
                <w:szCs w:val="24"/>
                <w:lang w:eastAsia="ja-JP"/>
              </w:rPr>
              <w:t>学修の計画</w:t>
            </w:r>
          </w:p>
          <w:p w14:paraId="0E65E8E2" w14:textId="05C9111A" w:rsidR="007261C4" w:rsidRPr="007261C4" w:rsidRDefault="007261C4" w:rsidP="007261C4">
            <w:pPr>
              <w:pStyle w:val="TableParagraph"/>
              <w:spacing w:line="320" w:lineRule="exact"/>
              <w:ind w:left="289" w:right="74"/>
              <w:rPr>
                <w:rFonts w:asciiTheme="minorEastAsia" w:eastAsiaTheme="minorEastAsia" w:hAnsiTheme="minorEastAsia"/>
                <w:sz w:val="18"/>
                <w:lang w:eastAsia="ja-JP"/>
              </w:rPr>
            </w:pPr>
            <w:r w:rsidRPr="007261C4">
              <w:rPr>
                <w:rFonts w:asciiTheme="minorEastAsia" w:eastAsiaTheme="minorEastAsia" w:hAnsiTheme="minorEastAsia" w:hint="eastAsia"/>
                <w:bCs/>
                <w:sz w:val="21"/>
                <w:szCs w:val="16"/>
                <w:lang w:eastAsia="ja-JP"/>
              </w:rPr>
              <w:t>前述の学修の目的の実現のために、今までに何をどのように学び、また、今後、何をどのように学びたいと考えているかを記述してください。（200字以上400 字以内）</w:t>
            </w:r>
          </w:p>
        </w:tc>
      </w:tr>
      <w:tr w:rsidR="007261C4" w14:paraId="142F57CC" w14:textId="77777777" w:rsidTr="00D44F6A">
        <w:trPr>
          <w:trHeight w:val="3268"/>
        </w:trPr>
        <w:tc>
          <w:tcPr>
            <w:tcW w:w="9746" w:type="dxa"/>
          </w:tcPr>
          <w:p w14:paraId="7CE74A77" w14:textId="1073F5DE" w:rsidR="007261C4" w:rsidRPr="003E5650" w:rsidRDefault="007261C4" w:rsidP="007261C4">
            <w:pPr>
              <w:pStyle w:val="TableParagraph"/>
              <w:spacing w:before="3"/>
              <w:rPr>
                <w:rFonts w:ascii="BIZ UDゴシック"/>
                <w:b/>
                <w:sz w:val="24"/>
                <w:szCs w:val="24"/>
                <w:lang w:eastAsia="ja-JP"/>
              </w:rPr>
            </w:pPr>
            <w:r w:rsidRPr="003E5650">
              <w:rPr>
                <w:rFonts w:ascii="BIZ UDゴシック" w:hint="eastAsia"/>
                <w:b/>
                <w:sz w:val="24"/>
                <w:szCs w:val="24"/>
                <w:lang w:eastAsia="ja-JP"/>
              </w:rPr>
              <w:t xml:space="preserve">　</w:t>
            </w:r>
            <w:sdt>
              <w:sdtPr>
                <w:rPr>
                  <w:rFonts w:ascii="BIZ UDゴシック" w:hint="eastAsia"/>
                  <w:b/>
                  <w:sz w:val="24"/>
                  <w:szCs w:val="24"/>
                  <w:lang w:eastAsia="ja-JP"/>
                </w:rPr>
                <w:id w:val="1058906477"/>
                <w:placeholder>
                  <w:docPart w:val="04350B0193FF441C8F594446F0261F3F"/>
                </w:placeholder>
                <w:showingPlcHdr/>
                <w:text/>
              </w:sdtPr>
              <w:sdtEndPr/>
              <w:sdtContent>
                <w:r w:rsidR="00CC6509" w:rsidRPr="00BD6B0B">
                  <w:rPr>
                    <w:rStyle w:val="aff"/>
                    <w:rFonts w:asciiTheme="minorEastAsia" w:eastAsiaTheme="minorEastAsia" w:hAnsiTheme="minorEastAsia" w:hint="eastAsia"/>
                    <w:sz w:val="21"/>
                    <w:szCs w:val="21"/>
                    <w:lang w:eastAsia="ja-JP"/>
                  </w:rPr>
                  <w:t>ここに学修の計画を入力してください。（200字以上400字以内）</w:t>
                </w:r>
              </w:sdtContent>
            </w:sdt>
          </w:p>
          <w:p w14:paraId="5020C4EB" w14:textId="77777777" w:rsidR="007261C4" w:rsidRDefault="007261C4" w:rsidP="007261C4">
            <w:pPr>
              <w:pStyle w:val="TableParagraph"/>
              <w:spacing w:line="20" w:lineRule="exact"/>
              <w:ind w:left="-15"/>
              <w:rPr>
                <w:rFonts w:ascii="BIZ UDゴシック"/>
                <w:sz w:val="2"/>
                <w:lang w:eastAsia="ja-JP"/>
              </w:rPr>
            </w:pPr>
          </w:p>
        </w:tc>
      </w:tr>
    </w:tbl>
    <w:bookmarkEnd w:id="0"/>
    <w:p w14:paraId="1A8B5729" w14:textId="4C7FA1EF" w:rsidR="007261C4" w:rsidRDefault="007261C4" w:rsidP="007261C4">
      <w:pPr>
        <w:spacing w:before="175"/>
        <w:ind w:left="4219" w:right="3831"/>
        <w:jc w:val="center"/>
        <w:rPr>
          <w:rFonts w:ascii="SimSun"/>
          <w:sz w:val="32"/>
          <w:lang w:eastAsia="ja-JP"/>
        </w:rPr>
      </w:pPr>
      <w:r>
        <w:rPr>
          <w:rFonts w:ascii="SimSun" w:eastAsia="SimSun" w:hint="eastAsia"/>
          <w:sz w:val="32"/>
        </w:rPr>
        <w:t>【裏面あ</w:t>
      </w:r>
      <w:r>
        <w:rPr>
          <w:rFonts w:asciiTheme="minorEastAsia" w:hAnsiTheme="minorEastAsia" w:hint="eastAsia"/>
          <w:sz w:val="32"/>
          <w:lang w:eastAsia="ja-JP"/>
        </w:rPr>
        <w:t>り</w:t>
      </w:r>
      <w:r>
        <w:rPr>
          <w:rFonts w:ascii="SimSun" w:eastAsia="SimSun" w:hint="eastAsia"/>
          <w:sz w:val="32"/>
        </w:rPr>
        <w:t>】</w:t>
      </w:r>
    </w:p>
    <w:p w14:paraId="5C152ED8" w14:textId="77777777" w:rsidR="007261C4" w:rsidRPr="007261C4" w:rsidRDefault="007261C4" w:rsidP="007261C4">
      <w:pPr>
        <w:jc w:val="center"/>
        <w:rPr>
          <w:rFonts w:ascii="SimSun"/>
          <w:sz w:val="32"/>
          <w:lang w:eastAsia="ja-JP"/>
        </w:rPr>
        <w:sectPr w:rsidR="007261C4" w:rsidRPr="007261C4" w:rsidSect="007261C4">
          <w:pgSz w:w="11910" w:h="16840"/>
          <w:pgMar w:top="1080" w:right="1000" w:bottom="280" w:left="900" w:header="720" w:footer="720" w:gutter="0"/>
          <w:cols w:space="720"/>
        </w:sectPr>
      </w:pPr>
    </w:p>
    <w:tbl>
      <w:tblPr>
        <w:tblStyle w:val="TableNormal"/>
        <w:tblW w:w="9782"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2"/>
      </w:tblGrid>
      <w:tr w:rsidR="007261C4" w14:paraId="06E3E7B2" w14:textId="77777777" w:rsidTr="00D44F6A">
        <w:trPr>
          <w:trHeight w:val="2048"/>
        </w:trPr>
        <w:tc>
          <w:tcPr>
            <w:tcW w:w="9782" w:type="dxa"/>
          </w:tcPr>
          <w:p w14:paraId="728E0ACB" w14:textId="6F127BD2" w:rsidR="007261C4" w:rsidRPr="00B30EBE" w:rsidRDefault="007261C4" w:rsidP="00BC79B3">
            <w:pPr>
              <w:pStyle w:val="1"/>
              <w:spacing w:before="0" w:line="400" w:lineRule="exact"/>
              <w:ind w:firstLineChars="100" w:firstLine="241"/>
              <w:rPr>
                <w:sz w:val="24"/>
                <w:szCs w:val="24"/>
                <w:lang w:eastAsia="ja-JP"/>
              </w:rPr>
            </w:pPr>
            <w:bookmarkStart w:id="2" w:name="【資料２】_大学用意欲確認の手引きの概要_3"/>
            <w:bookmarkEnd w:id="2"/>
            <w:r>
              <w:rPr>
                <w:rFonts w:hint="eastAsia"/>
                <w:sz w:val="24"/>
                <w:szCs w:val="24"/>
                <w:lang w:eastAsia="ja-JP"/>
              </w:rPr>
              <w:lastRenderedPageBreak/>
              <w:t>３．</w:t>
            </w:r>
            <w:r w:rsidRPr="00B30EBE">
              <w:rPr>
                <w:rFonts w:hint="eastAsia"/>
                <w:sz w:val="24"/>
                <w:szCs w:val="24"/>
                <w:lang w:eastAsia="ja-JP"/>
              </w:rPr>
              <w:t>学修の</w:t>
            </w:r>
            <w:r>
              <w:rPr>
                <w:rFonts w:hint="eastAsia"/>
                <w:sz w:val="24"/>
                <w:szCs w:val="24"/>
                <w:lang w:eastAsia="ja-JP"/>
              </w:rPr>
              <w:t>意志確認</w:t>
            </w:r>
          </w:p>
          <w:p w14:paraId="573CDCFA" w14:textId="77777777" w:rsidR="007261C4" w:rsidRDefault="007261C4" w:rsidP="00BC79B3">
            <w:pPr>
              <w:spacing w:line="320" w:lineRule="exact"/>
              <w:ind w:leftChars="100" w:left="220" w:firstLineChars="100" w:firstLine="210"/>
              <w:rPr>
                <w:bCs/>
                <w:sz w:val="21"/>
                <w:szCs w:val="16"/>
                <w:lang w:eastAsia="ja-JP"/>
              </w:rPr>
            </w:pPr>
            <w:r w:rsidRPr="007261C4">
              <w:rPr>
                <w:rFonts w:hint="eastAsia"/>
                <w:bCs/>
                <w:sz w:val="21"/>
                <w:szCs w:val="16"/>
                <w:lang w:eastAsia="ja-JP"/>
              </w:rPr>
              <w:t>あなたは、卒業まで学びを継続し、全うする意志を持っていますか。</w:t>
            </w:r>
          </w:p>
          <w:p w14:paraId="4E410C00" w14:textId="37D690F3" w:rsidR="007261C4" w:rsidRDefault="007261C4" w:rsidP="00BC79B3">
            <w:pPr>
              <w:spacing w:line="320" w:lineRule="exact"/>
              <w:ind w:leftChars="100" w:left="220" w:firstLineChars="100" w:firstLine="210"/>
              <w:rPr>
                <w:bCs/>
                <w:sz w:val="21"/>
                <w:szCs w:val="16"/>
                <w:lang w:eastAsia="ja-JP"/>
              </w:rPr>
            </w:pPr>
            <w:r w:rsidRPr="007261C4">
              <w:rPr>
                <w:rFonts w:hint="eastAsia"/>
                <w:bCs/>
                <w:sz w:val="21"/>
                <w:szCs w:val="16"/>
                <w:lang w:eastAsia="ja-JP"/>
              </w:rPr>
              <w:t>次の項目の中から該当するものに</w:t>
            </w:r>
            <w:r w:rsidRPr="007261C4">
              <w:rPr>
                <w:rFonts w:ascii="ＭＳ 明朝" w:eastAsia="ＭＳ 明朝" w:hAnsi="ＭＳ 明朝" w:cs="ＭＳ 明朝" w:hint="eastAsia"/>
                <w:bCs/>
                <w:sz w:val="21"/>
                <w:szCs w:val="16"/>
                <w:lang w:eastAsia="ja-JP"/>
              </w:rPr>
              <w:t>✔</w:t>
            </w:r>
            <w:r w:rsidRPr="007261C4">
              <w:rPr>
                <w:rFonts w:hint="eastAsia"/>
                <w:bCs/>
                <w:sz w:val="21"/>
                <w:szCs w:val="16"/>
                <w:lang w:eastAsia="ja-JP"/>
              </w:rPr>
              <w:t>を記入してください。</w:t>
            </w:r>
            <w:r w:rsidR="00D44F6A">
              <w:rPr>
                <w:rFonts w:hint="eastAsia"/>
                <w:bCs/>
                <w:sz w:val="21"/>
                <w:szCs w:val="16"/>
                <w:lang w:eastAsia="ja-JP"/>
              </w:rPr>
              <w:t>（手書きで✓すること）</w:t>
            </w:r>
          </w:p>
          <w:p w14:paraId="30763863" w14:textId="77777777" w:rsidR="007261C4" w:rsidRDefault="007261C4" w:rsidP="00BC79B3">
            <w:pPr>
              <w:spacing w:line="200" w:lineRule="exact"/>
              <w:rPr>
                <w:bCs/>
                <w:sz w:val="21"/>
                <w:szCs w:val="16"/>
                <w:lang w:eastAsia="ja-JP"/>
              </w:rPr>
            </w:pPr>
          </w:p>
          <w:p w14:paraId="1CC455E9" w14:textId="20FAAF73" w:rsidR="007261C4" w:rsidRPr="007261C4" w:rsidRDefault="007261C4" w:rsidP="0036402E">
            <w:pPr>
              <w:spacing w:line="320" w:lineRule="exact"/>
              <w:ind w:leftChars="100" w:left="220" w:firstLineChars="100" w:firstLine="210"/>
              <w:rPr>
                <w:bCs/>
                <w:sz w:val="21"/>
                <w:szCs w:val="16"/>
                <w:lang w:eastAsia="ja-JP"/>
              </w:rPr>
            </w:pPr>
            <w:r w:rsidRPr="007261C4">
              <w:rPr>
                <w:rFonts w:hint="eastAsia"/>
                <w:bCs/>
                <w:sz w:val="21"/>
                <w:szCs w:val="16"/>
                <w:lang w:eastAsia="ja-JP"/>
              </w:rPr>
              <w:t>□</w:t>
            </w:r>
            <w:r w:rsidRPr="007261C4">
              <w:rPr>
                <w:rFonts w:hint="eastAsia"/>
                <w:bCs/>
                <w:sz w:val="21"/>
                <w:szCs w:val="16"/>
                <w:lang w:eastAsia="ja-JP"/>
              </w:rPr>
              <w:tab/>
            </w:r>
            <w:r w:rsidRPr="007261C4">
              <w:rPr>
                <w:rFonts w:hint="eastAsia"/>
                <w:bCs/>
                <w:sz w:val="21"/>
                <w:szCs w:val="16"/>
                <w:lang w:eastAsia="ja-JP"/>
              </w:rPr>
              <w:t>卒業まで学びを継続し、全うしようとする意志がある。</w:t>
            </w:r>
          </w:p>
          <w:p w14:paraId="2C279DF7" w14:textId="00749D0B" w:rsidR="007261C4" w:rsidRDefault="007261C4" w:rsidP="0036402E">
            <w:pPr>
              <w:spacing w:line="320" w:lineRule="exact"/>
              <w:ind w:leftChars="100" w:left="220" w:firstLineChars="100" w:firstLine="210"/>
              <w:rPr>
                <w:sz w:val="18"/>
                <w:lang w:eastAsia="ja-JP"/>
              </w:rPr>
            </w:pPr>
            <w:r w:rsidRPr="007261C4">
              <w:rPr>
                <w:rFonts w:hint="eastAsia"/>
                <w:bCs/>
                <w:sz w:val="21"/>
                <w:szCs w:val="16"/>
                <w:lang w:eastAsia="ja-JP"/>
              </w:rPr>
              <w:t>□</w:t>
            </w:r>
            <w:r w:rsidRPr="007261C4">
              <w:rPr>
                <w:rFonts w:hint="eastAsia"/>
                <w:bCs/>
                <w:sz w:val="21"/>
                <w:szCs w:val="16"/>
                <w:lang w:eastAsia="ja-JP"/>
              </w:rPr>
              <w:tab/>
            </w:r>
            <w:r w:rsidRPr="007261C4">
              <w:rPr>
                <w:rFonts w:hint="eastAsia"/>
                <w:bCs/>
                <w:sz w:val="21"/>
                <w:szCs w:val="16"/>
                <w:lang w:eastAsia="ja-JP"/>
              </w:rPr>
              <w:t>卒業まで学びを継続し、全うしようとする意志はない。</w:t>
            </w:r>
          </w:p>
        </w:tc>
      </w:tr>
      <w:tr w:rsidR="007261C4" w14:paraId="06459C88" w14:textId="77777777" w:rsidTr="00D44F6A">
        <w:trPr>
          <w:trHeight w:val="1030"/>
        </w:trPr>
        <w:tc>
          <w:tcPr>
            <w:tcW w:w="9782" w:type="dxa"/>
          </w:tcPr>
          <w:p w14:paraId="703C5EC5" w14:textId="40E5F205" w:rsidR="007261C4" w:rsidRPr="007261C4" w:rsidRDefault="007261C4" w:rsidP="00BC79B3">
            <w:pPr>
              <w:pStyle w:val="TableParagraph"/>
              <w:spacing w:line="20" w:lineRule="exact"/>
              <w:ind w:left="-15" w:right="-58"/>
              <w:rPr>
                <w:rFonts w:ascii="BIZ UDゴシック"/>
                <w:b/>
                <w:sz w:val="24"/>
                <w:szCs w:val="28"/>
                <w:lang w:eastAsia="ja-JP"/>
              </w:rPr>
            </w:pPr>
          </w:p>
          <w:p w14:paraId="570C93DE" w14:textId="77777777" w:rsidR="007261C4" w:rsidRDefault="007261C4" w:rsidP="00BC79B3">
            <w:pPr>
              <w:pStyle w:val="TableParagraph"/>
              <w:spacing w:line="20" w:lineRule="exact"/>
              <w:ind w:left="-15" w:right="-58"/>
              <w:rPr>
                <w:rFonts w:ascii="BIZ UDゴシック"/>
                <w:sz w:val="2"/>
                <w:lang w:eastAsia="ja-JP"/>
              </w:rPr>
            </w:pPr>
          </w:p>
          <w:p w14:paraId="18917F7F" w14:textId="77777777" w:rsidR="007261C4" w:rsidRDefault="007261C4" w:rsidP="00BC79B3">
            <w:pPr>
              <w:pStyle w:val="TableParagraph"/>
              <w:spacing w:line="20" w:lineRule="exact"/>
              <w:ind w:left="-15" w:right="-58"/>
              <w:rPr>
                <w:rFonts w:ascii="BIZ UDゴシック"/>
                <w:sz w:val="2"/>
                <w:lang w:eastAsia="ja-JP"/>
              </w:rPr>
            </w:pPr>
          </w:p>
          <w:p w14:paraId="20D4E86E" w14:textId="77777777" w:rsidR="007261C4" w:rsidRPr="003E5650" w:rsidRDefault="007261C4" w:rsidP="00BC79B3">
            <w:pPr>
              <w:pStyle w:val="TableParagraph"/>
              <w:spacing w:line="20" w:lineRule="exact"/>
              <w:ind w:left="-15" w:right="-58"/>
              <w:rPr>
                <w:rFonts w:ascii="BIZ UDゴシック"/>
                <w:sz w:val="2"/>
                <w:lang w:eastAsia="ja-JP"/>
              </w:rPr>
            </w:pPr>
            <w:r w:rsidRPr="003E5650">
              <w:rPr>
                <w:rFonts w:ascii="BIZ UDゴシック" w:hint="eastAsia"/>
                <w:sz w:val="2"/>
                <w:lang w:eastAsia="ja-JP"/>
              </w:rPr>
              <w:t xml:space="preserve">　</w:t>
            </w:r>
          </w:p>
          <w:p w14:paraId="22E58DC4" w14:textId="77777777" w:rsidR="007261C4" w:rsidRPr="003E5650" w:rsidRDefault="007261C4" w:rsidP="00BC79B3">
            <w:pPr>
              <w:pStyle w:val="TableParagraph"/>
              <w:spacing w:line="20" w:lineRule="exact"/>
              <w:ind w:left="-15" w:right="-58"/>
              <w:rPr>
                <w:rFonts w:ascii="BIZ UDゴシック"/>
                <w:sz w:val="2"/>
                <w:lang w:eastAsia="ja-JP"/>
              </w:rPr>
            </w:pPr>
          </w:p>
          <w:p w14:paraId="5B7C6ED2" w14:textId="77777777" w:rsidR="007261C4" w:rsidRPr="003E5650" w:rsidRDefault="007261C4" w:rsidP="00BC79B3">
            <w:pPr>
              <w:pStyle w:val="TableParagraph"/>
              <w:spacing w:line="20" w:lineRule="exact"/>
              <w:ind w:left="-15" w:right="-58"/>
              <w:rPr>
                <w:rFonts w:ascii="BIZ UDゴシック"/>
                <w:sz w:val="2"/>
                <w:lang w:eastAsia="ja-JP"/>
              </w:rPr>
            </w:pPr>
          </w:p>
          <w:p w14:paraId="4FB4473A" w14:textId="77777777" w:rsidR="007261C4" w:rsidRPr="003E5650" w:rsidRDefault="007261C4" w:rsidP="00BC79B3">
            <w:pPr>
              <w:pStyle w:val="TableParagraph"/>
              <w:spacing w:line="20" w:lineRule="exact"/>
              <w:ind w:left="-15" w:right="-58"/>
              <w:rPr>
                <w:rFonts w:ascii="BIZ UDゴシック"/>
                <w:sz w:val="2"/>
                <w:lang w:eastAsia="ja-JP"/>
              </w:rPr>
            </w:pPr>
          </w:p>
          <w:p w14:paraId="521D6D36" w14:textId="77777777" w:rsidR="007261C4" w:rsidRPr="003E5650" w:rsidRDefault="007261C4" w:rsidP="00BC79B3">
            <w:pPr>
              <w:pStyle w:val="TableParagraph"/>
              <w:spacing w:line="20" w:lineRule="exact"/>
              <w:ind w:left="-15" w:right="-58"/>
              <w:rPr>
                <w:rFonts w:ascii="BIZ UDゴシック"/>
                <w:sz w:val="2"/>
                <w:lang w:eastAsia="ja-JP"/>
              </w:rPr>
            </w:pPr>
          </w:p>
          <w:p w14:paraId="4DF39518" w14:textId="77777777" w:rsidR="007261C4" w:rsidRPr="003E5650" w:rsidRDefault="007261C4" w:rsidP="00BC79B3">
            <w:pPr>
              <w:pStyle w:val="TableParagraph"/>
              <w:spacing w:line="20" w:lineRule="exact"/>
              <w:ind w:left="-15" w:right="-58"/>
              <w:rPr>
                <w:rFonts w:ascii="BIZ UDゴシック"/>
                <w:sz w:val="2"/>
                <w:lang w:eastAsia="ja-JP"/>
              </w:rPr>
            </w:pPr>
          </w:p>
          <w:p w14:paraId="14ABA9D0" w14:textId="77777777" w:rsidR="007261C4" w:rsidRPr="003E5650" w:rsidRDefault="007261C4" w:rsidP="00BC79B3">
            <w:pPr>
              <w:pStyle w:val="TableParagraph"/>
              <w:spacing w:line="20" w:lineRule="exact"/>
              <w:ind w:left="-15" w:right="-58"/>
              <w:rPr>
                <w:rFonts w:ascii="BIZ UDゴシック"/>
                <w:sz w:val="2"/>
                <w:lang w:eastAsia="ja-JP"/>
              </w:rPr>
            </w:pPr>
          </w:p>
          <w:p w14:paraId="189E6037" w14:textId="77777777" w:rsidR="007261C4" w:rsidRPr="003E5650" w:rsidRDefault="007261C4" w:rsidP="00BC79B3">
            <w:pPr>
              <w:pStyle w:val="TableParagraph"/>
              <w:spacing w:line="20" w:lineRule="exact"/>
              <w:ind w:left="-15" w:right="-58"/>
              <w:rPr>
                <w:rFonts w:ascii="BIZ UDゴシック"/>
                <w:sz w:val="2"/>
                <w:lang w:eastAsia="ja-JP"/>
              </w:rPr>
            </w:pPr>
          </w:p>
          <w:p w14:paraId="0EDDD4AE" w14:textId="77777777" w:rsidR="007261C4" w:rsidRPr="003E5650" w:rsidRDefault="007261C4" w:rsidP="00BC79B3">
            <w:pPr>
              <w:pStyle w:val="TableParagraph"/>
              <w:spacing w:line="20" w:lineRule="exact"/>
              <w:ind w:left="-15" w:right="-58"/>
              <w:rPr>
                <w:rFonts w:ascii="BIZ UDゴシック"/>
                <w:sz w:val="2"/>
                <w:lang w:eastAsia="ja-JP"/>
              </w:rPr>
            </w:pPr>
          </w:p>
          <w:p w14:paraId="13F0D351" w14:textId="12A31A31" w:rsidR="007261C4" w:rsidRPr="007261C4" w:rsidRDefault="007261C4" w:rsidP="007261C4">
            <w:pPr>
              <w:spacing w:line="320" w:lineRule="exact"/>
              <w:ind w:leftChars="100" w:left="220" w:firstLineChars="100" w:firstLine="210"/>
              <w:rPr>
                <w:bCs/>
                <w:sz w:val="21"/>
                <w:szCs w:val="16"/>
                <w:lang w:eastAsia="ja-JP"/>
              </w:rPr>
            </w:pPr>
            <w:r w:rsidRPr="007261C4">
              <w:rPr>
                <w:rFonts w:hint="eastAsia"/>
                <w:bCs/>
                <w:sz w:val="21"/>
                <w:szCs w:val="16"/>
                <w:lang w:eastAsia="ja-JP"/>
              </w:rPr>
              <w:t>上で「卒業まで学びを継続し、全うしようとする意志がある。」を選択した場合、どのような姿勢で学びに取り組もうと考えているかを記述してください。</w:t>
            </w:r>
            <w:r w:rsidRPr="007261C4">
              <w:rPr>
                <w:rFonts w:asciiTheme="minorEastAsia" w:hAnsiTheme="minorEastAsia" w:hint="eastAsia"/>
                <w:bCs/>
                <w:sz w:val="21"/>
                <w:szCs w:val="16"/>
                <w:lang w:eastAsia="ja-JP"/>
              </w:rPr>
              <w:t>（200字以上400 字以内）</w:t>
            </w:r>
          </w:p>
          <w:p w14:paraId="18E78E2A" w14:textId="77777777" w:rsidR="007261C4" w:rsidRDefault="007261C4" w:rsidP="00BC79B3">
            <w:pPr>
              <w:pStyle w:val="TableParagraph"/>
              <w:spacing w:line="20" w:lineRule="exact"/>
              <w:ind w:left="-15" w:right="-58"/>
              <w:rPr>
                <w:rFonts w:ascii="BIZ UDゴシック"/>
                <w:sz w:val="2"/>
                <w:lang w:eastAsia="ja-JP"/>
              </w:rPr>
            </w:pPr>
          </w:p>
        </w:tc>
      </w:tr>
      <w:tr w:rsidR="007261C4" w14:paraId="01D778B0" w14:textId="77777777" w:rsidTr="00D44F6A">
        <w:trPr>
          <w:trHeight w:val="3799"/>
        </w:trPr>
        <w:tc>
          <w:tcPr>
            <w:tcW w:w="9782" w:type="dxa"/>
          </w:tcPr>
          <w:p w14:paraId="493B81C0" w14:textId="4682A31A" w:rsidR="007261C4" w:rsidRPr="007261C4" w:rsidRDefault="007261C4" w:rsidP="007261C4">
            <w:pPr>
              <w:pStyle w:val="TableParagraph"/>
              <w:spacing w:line="20" w:lineRule="exact"/>
              <w:ind w:right="-58"/>
              <w:rPr>
                <w:rFonts w:ascii="BIZ UDゴシック"/>
                <w:b/>
                <w:sz w:val="24"/>
                <w:szCs w:val="28"/>
                <w:lang w:eastAsia="ja-JP"/>
              </w:rPr>
            </w:pPr>
          </w:p>
          <w:p w14:paraId="37D502C1" w14:textId="57090579" w:rsidR="007261C4" w:rsidRPr="009D7CB5" w:rsidRDefault="007261C4" w:rsidP="009D7CB5">
            <w:pPr>
              <w:pStyle w:val="TableParagraph"/>
              <w:spacing w:before="3"/>
              <w:rPr>
                <w:rFonts w:ascii="BIZ UDゴシック"/>
                <w:b/>
                <w:sz w:val="24"/>
                <w:szCs w:val="24"/>
                <w:lang w:eastAsia="ja-JP"/>
              </w:rPr>
            </w:pPr>
            <w:r w:rsidRPr="003E5650">
              <w:rPr>
                <w:rFonts w:ascii="BIZ UDゴシック" w:hint="eastAsia"/>
                <w:b/>
                <w:sz w:val="24"/>
                <w:szCs w:val="24"/>
                <w:lang w:eastAsia="ja-JP"/>
              </w:rPr>
              <w:t xml:space="preserve">　</w:t>
            </w:r>
            <w:sdt>
              <w:sdtPr>
                <w:rPr>
                  <w:rFonts w:ascii="BIZ UDゴシック" w:hint="eastAsia"/>
                  <w:b/>
                  <w:sz w:val="24"/>
                  <w:szCs w:val="24"/>
                  <w:lang w:eastAsia="ja-JP"/>
                </w:rPr>
                <w:id w:val="1789933069"/>
                <w:placeholder>
                  <w:docPart w:val="E8854C5175D4435DB317E1234BCC4D05"/>
                </w:placeholder>
                <w:showingPlcHdr/>
                <w:text/>
              </w:sdtPr>
              <w:sdtEndPr/>
              <w:sdtContent>
                <w:r w:rsidR="00CC6509" w:rsidRPr="00BD6B0B">
                  <w:rPr>
                    <w:rStyle w:val="aff"/>
                    <w:rFonts w:asciiTheme="minorEastAsia" w:eastAsiaTheme="minorEastAsia" w:hAnsiTheme="minorEastAsia" w:hint="eastAsia"/>
                    <w:sz w:val="21"/>
                    <w:szCs w:val="21"/>
                    <w:lang w:eastAsia="ja-JP"/>
                  </w:rPr>
                  <w:t>ここに入力してください（200字以上400字以内）</w:t>
                </w:r>
              </w:sdtContent>
            </w:sdt>
          </w:p>
        </w:tc>
      </w:tr>
    </w:tbl>
    <w:p w14:paraId="03733127" w14:textId="77777777" w:rsidR="007261C4" w:rsidRDefault="007261C4" w:rsidP="007261C4">
      <w:pPr>
        <w:pStyle w:val="af"/>
        <w:rPr>
          <w:sz w:val="20"/>
          <w:lang w:eastAsia="ja-JP"/>
        </w:rPr>
      </w:pPr>
    </w:p>
    <w:p w14:paraId="6A700267" w14:textId="033B5001" w:rsidR="007261C4" w:rsidRDefault="007261C4" w:rsidP="00DD784D">
      <w:pPr>
        <w:spacing w:before="174" w:after="41"/>
        <w:rPr>
          <w:sz w:val="24"/>
        </w:rPr>
      </w:pPr>
      <w:r>
        <w:rPr>
          <w:sz w:val="24"/>
        </w:rPr>
        <w:t>以下、教職員記入欄</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6"/>
      </w:tblGrid>
      <w:tr w:rsidR="007261C4" w14:paraId="753638B4" w14:textId="77777777" w:rsidTr="00DD784D">
        <w:trPr>
          <w:trHeight w:val="1660"/>
        </w:trPr>
        <w:tc>
          <w:tcPr>
            <w:tcW w:w="8796" w:type="dxa"/>
          </w:tcPr>
          <w:p w14:paraId="661906B4" w14:textId="77777777" w:rsidR="007261C4" w:rsidRDefault="007261C4" w:rsidP="00BC79B3">
            <w:pPr>
              <w:pStyle w:val="TableParagraph"/>
              <w:spacing w:line="333" w:lineRule="exact"/>
              <w:ind w:left="107"/>
              <w:rPr>
                <w:rFonts w:ascii="BIZ UDゴシック" w:eastAsia="BIZ UDゴシック"/>
                <w:b/>
                <w:sz w:val="28"/>
                <w:lang w:eastAsia="ja-JP"/>
              </w:rPr>
            </w:pPr>
            <w:r>
              <w:rPr>
                <w:rFonts w:ascii="BIZ UDゴシック" w:eastAsia="BIZ UDゴシック" w:hint="eastAsia"/>
                <w:b/>
                <w:sz w:val="28"/>
                <w:lang w:eastAsia="ja-JP"/>
              </w:rPr>
              <w:t>総合判定結果</w:t>
            </w:r>
          </w:p>
          <w:p w14:paraId="692306B2" w14:textId="77777777" w:rsidR="007261C4" w:rsidRPr="0036402E" w:rsidRDefault="007261C4" w:rsidP="00BC79B3">
            <w:pPr>
              <w:pStyle w:val="TableParagraph"/>
              <w:spacing w:before="132"/>
              <w:ind w:left="107"/>
              <w:rPr>
                <w:sz w:val="21"/>
                <w:szCs w:val="28"/>
                <w:lang w:eastAsia="ja-JP"/>
              </w:rPr>
            </w:pPr>
            <w:r w:rsidRPr="0036402E">
              <w:rPr>
                <w:sz w:val="21"/>
                <w:szCs w:val="28"/>
                <w:lang w:eastAsia="ja-JP"/>
              </w:rPr>
              <w:t>１.から３.を総合的に考慮して、在学中の学修意欲等が認められるかを判定した結果、</w:t>
            </w:r>
          </w:p>
          <w:p w14:paraId="7FC4DCA9" w14:textId="77777777" w:rsidR="007261C4" w:rsidRPr="0036402E" w:rsidRDefault="007261C4" w:rsidP="007261C4">
            <w:pPr>
              <w:pStyle w:val="TableParagraph"/>
              <w:numPr>
                <w:ilvl w:val="0"/>
                <w:numId w:val="14"/>
              </w:numPr>
              <w:tabs>
                <w:tab w:val="left" w:pos="804"/>
              </w:tabs>
              <w:spacing w:before="110"/>
              <w:ind w:hanging="355"/>
              <w:rPr>
                <w:sz w:val="21"/>
                <w:szCs w:val="28"/>
                <w:lang w:eastAsia="ja-JP"/>
              </w:rPr>
            </w:pPr>
            <w:r w:rsidRPr="0036402E">
              <w:rPr>
                <w:sz w:val="21"/>
                <w:szCs w:val="28"/>
                <w:lang w:eastAsia="ja-JP"/>
              </w:rPr>
              <w:t>在学中の学修意欲等があると認められる。</w:t>
            </w:r>
          </w:p>
          <w:p w14:paraId="3E524538" w14:textId="77777777" w:rsidR="007261C4" w:rsidRDefault="007261C4" w:rsidP="007261C4">
            <w:pPr>
              <w:pStyle w:val="TableParagraph"/>
              <w:numPr>
                <w:ilvl w:val="0"/>
                <w:numId w:val="14"/>
              </w:numPr>
              <w:tabs>
                <w:tab w:val="left" w:pos="804"/>
              </w:tabs>
              <w:spacing w:before="112"/>
              <w:ind w:hanging="355"/>
              <w:rPr>
                <w:sz w:val="18"/>
                <w:lang w:eastAsia="ja-JP"/>
              </w:rPr>
            </w:pPr>
            <w:r w:rsidRPr="0036402E">
              <w:rPr>
                <w:sz w:val="21"/>
                <w:szCs w:val="28"/>
                <w:lang w:eastAsia="ja-JP"/>
              </w:rPr>
              <w:t>在学中の学修意欲等があるとは認められない。</w:t>
            </w:r>
          </w:p>
        </w:tc>
      </w:tr>
      <w:bookmarkEnd w:id="1"/>
    </w:tbl>
    <w:p w14:paraId="3C2A368B" w14:textId="77777777" w:rsidR="007261C4" w:rsidRDefault="007261C4" w:rsidP="007261C4">
      <w:pPr>
        <w:rPr>
          <w:lang w:eastAsia="ja-JP"/>
        </w:rPr>
      </w:pPr>
    </w:p>
    <w:sectPr w:rsidR="007261C4" w:rsidSect="00BD651F">
      <w:pgSz w:w="12240" w:h="15840"/>
      <w:pgMar w:top="1440" w:right="1588" w:bottom="1440"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05544" w14:textId="77777777" w:rsidR="006952F8" w:rsidRDefault="006952F8" w:rsidP="00B403C9">
      <w:pPr>
        <w:spacing w:after="0" w:line="240" w:lineRule="auto"/>
      </w:pPr>
      <w:r>
        <w:separator/>
      </w:r>
    </w:p>
  </w:endnote>
  <w:endnote w:type="continuationSeparator" w:id="0">
    <w:p w14:paraId="3032A4BA" w14:textId="77777777" w:rsidR="006952F8" w:rsidRDefault="006952F8" w:rsidP="00B4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53D95" w14:textId="77777777" w:rsidR="006952F8" w:rsidRDefault="006952F8" w:rsidP="00B403C9">
      <w:pPr>
        <w:spacing w:after="0" w:line="240" w:lineRule="auto"/>
      </w:pPr>
      <w:r>
        <w:separator/>
      </w:r>
    </w:p>
  </w:footnote>
  <w:footnote w:type="continuationSeparator" w:id="0">
    <w:p w14:paraId="5E229E3C" w14:textId="77777777" w:rsidR="006952F8" w:rsidRDefault="006952F8" w:rsidP="00B403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1141A40"/>
    <w:multiLevelType w:val="hybridMultilevel"/>
    <w:tmpl w:val="A696341A"/>
    <w:lvl w:ilvl="0" w:tplc="CA78042E">
      <w:start w:val="1"/>
      <w:numFmt w:val="decimalFullWidth"/>
      <w:lvlText w:val="%1．"/>
      <w:lvlJc w:val="left"/>
      <w:pPr>
        <w:ind w:left="510" w:hanging="5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BB90429"/>
    <w:multiLevelType w:val="hybridMultilevel"/>
    <w:tmpl w:val="87C61E0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0833DA4"/>
    <w:multiLevelType w:val="hybridMultilevel"/>
    <w:tmpl w:val="F6803D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0426A57"/>
    <w:multiLevelType w:val="hybridMultilevel"/>
    <w:tmpl w:val="96C2399E"/>
    <w:lvl w:ilvl="0" w:tplc="BA7A9242">
      <w:numFmt w:val="bullet"/>
      <w:lvlText w:val="□"/>
      <w:lvlJc w:val="left"/>
      <w:pPr>
        <w:ind w:left="803" w:hanging="356"/>
      </w:pPr>
      <w:rPr>
        <w:rFonts w:ascii="ＭＳ ゴシック" w:eastAsia="ＭＳ ゴシック" w:hAnsi="ＭＳ ゴシック" w:cs="ＭＳ ゴシック" w:hint="default"/>
        <w:spacing w:val="-5"/>
        <w:w w:val="100"/>
        <w:sz w:val="18"/>
        <w:szCs w:val="18"/>
      </w:rPr>
    </w:lvl>
    <w:lvl w:ilvl="1" w:tplc="51386024">
      <w:numFmt w:val="bullet"/>
      <w:lvlText w:val="•"/>
      <w:lvlJc w:val="left"/>
      <w:pPr>
        <w:ind w:left="1693" w:hanging="356"/>
      </w:pPr>
      <w:rPr>
        <w:rFonts w:hint="default"/>
      </w:rPr>
    </w:lvl>
    <w:lvl w:ilvl="2" w:tplc="B9D25E6E">
      <w:numFmt w:val="bullet"/>
      <w:lvlText w:val="•"/>
      <w:lvlJc w:val="left"/>
      <w:pPr>
        <w:ind w:left="2587" w:hanging="356"/>
      </w:pPr>
      <w:rPr>
        <w:rFonts w:hint="default"/>
      </w:rPr>
    </w:lvl>
    <w:lvl w:ilvl="3" w:tplc="0360C800">
      <w:numFmt w:val="bullet"/>
      <w:lvlText w:val="•"/>
      <w:lvlJc w:val="left"/>
      <w:pPr>
        <w:ind w:left="3480" w:hanging="356"/>
      </w:pPr>
      <w:rPr>
        <w:rFonts w:hint="default"/>
      </w:rPr>
    </w:lvl>
    <w:lvl w:ilvl="4" w:tplc="5D04BADC">
      <w:numFmt w:val="bullet"/>
      <w:lvlText w:val="•"/>
      <w:lvlJc w:val="left"/>
      <w:pPr>
        <w:ind w:left="4374" w:hanging="356"/>
      </w:pPr>
      <w:rPr>
        <w:rFonts w:hint="default"/>
      </w:rPr>
    </w:lvl>
    <w:lvl w:ilvl="5" w:tplc="2A6E3716">
      <w:numFmt w:val="bullet"/>
      <w:lvlText w:val="•"/>
      <w:lvlJc w:val="left"/>
      <w:pPr>
        <w:ind w:left="5268" w:hanging="356"/>
      </w:pPr>
      <w:rPr>
        <w:rFonts w:hint="default"/>
      </w:rPr>
    </w:lvl>
    <w:lvl w:ilvl="6" w:tplc="D7242B0A">
      <w:numFmt w:val="bullet"/>
      <w:lvlText w:val="•"/>
      <w:lvlJc w:val="left"/>
      <w:pPr>
        <w:ind w:left="6161" w:hanging="356"/>
      </w:pPr>
      <w:rPr>
        <w:rFonts w:hint="default"/>
      </w:rPr>
    </w:lvl>
    <w:lvl w:ilvl="7" w:tplc="A448FE8E">
      <w:numFmt w:val="bullet"/>
      <w:lvlText w:val="•"/>
      <w:lvlJc w:val="left"/>
      <w:pPr>
        <w:ind w:left="7055" w:hanging="356"/>
      </w:pPr>
      <w:rPr>
        <w:rFonts w:hint="default"/>
      </w:rPr>
    </w:lvl>
    <w:lvl w:ilvl="8" w:tplc="414A383E">
      <w:numFmt w:val="bullet"/>
      <w:lvlText w:val="•"/>
      <w:lvlJc w:val="left"/>
      <w:pPr>
        <w:ind w:left="7948" w:hanging="356"/>
      </w:pPr>
      <w:rPr>
        <w:rFonts w:hint="default"/>
      </w:rPr>
    </w:lvl>
  </w:abstractNum>
  <w:abstractNum w:abstractNumId="13" w15:restartNumberingAfterBreak="0">
    <w:nsid w:val="65110235"/>
    <w:multiLevelType w:val="hybridMultilevel"/>
    <w:tmpl w:val="FE1ACA0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6E5074B"/>
    <w:multiLevelType w:val="hybridMultilevel"/>
    <w:tmpl w:val="EE76D86E"/>
    <w:lvl w:ilvl="0" w:tplc="79924128">
      <w:numFmt w:val="bullet"/>
      <w:lvlText w:val="□"/>
      <w:lvlJc w:val="left"/>
      <w:pPr>
        <w:ind w:left="647" w:hanging="360"/>
      </w:pPr>
      <w:rPr>
        <w:rFonts w:ascii="ＭＳ ゴシック" w:eastAsia="ＭＳ ゴシック" w:hAnsi="ＭＳ ゴシック" w:cs="ＭＳ ゴシック" w:hint="default"/>
        <w:w w:val="100"/>
        <w:sz w:val="18"/>
        <w:szCs w:val="18"/>
      </w:rPr>
    </w:lvl>
    <w:lvl w:ilvl="1" w:tplc="F5648FCE">
      <w:numFmt w:val="bullet"/>
      <w:lvlText w:val="•"/>
      <w:lvlJc w:val="left"/>
      <w:pPr>
        <w:ind w:left="1547" w:hanging="360"/>
      </w:pPr>
      <w:rPr>
        <w:rFonts w:hint="default"/>
      </w:rPr>
    </w:lvl>
    <w:lvl w:ilvl="2" w:tplc="6A12B65A">
      <w:numFmt w:val="bullet"/>
      <w:lvlText w:val="•"/>
      <w:lvlJc w:val="left"/>
      <w:pPr>
        <w:ind w:left="2455" w:hanging="360"/>
      </w:pPr>
      <w:rPr>
        <w:rFonts w:hint="default"/>
      </w:rPr>
    </w:lvl>
    <w:lvl w:ilvl="3" w:tplc="1856E520">
      <w:numFmt w:val="bullet"/>
      <w:lvlText w:val="•"/>
      <w:lvlJc w:val="left"/>
      <w:pPr>
        <w:ind w:left="3362" w:hanging="360"/>
      </w:pPr>
      <w:rPr>
        <w:rFonts w:hint="default"/>
      </w:rPr>
    </w:lvl>
    <w:lvl w:ilvl="4" w:tplc="90FC8E7C">
      <w:numFmt w:val="bullet"/>
      <w:lvlText w:val="•"/>
      <w:lvlJc w:val="left"/>
      <w:pPr>
        <w:ind w:left="4270" w:hanging="360"/>
      </w:pPr>
      <w:rPr>
        <w:rFonts w:hint="default"/>
      </w:rPr>
    </w:lvl>
    <w:lvl w:ilvl="5" w:tplc="9566E878">
      <w:numFmt w:val="bullet"/>
      <w:lvlText w:val="•"/>
      <w:lvlJc w:val="left"/>
      <w:pPr>
        <w:ind w:left="5178" w:hanging="360"/>
      </w:pPr>
      <w:rPr>
        <w:rFonts w:hint="default"/>
      </w:rPr>
    </w:lvl>
    <w:lvl w:ilvl="6" w:tplc="E56E4CAC">
      <w:numFmt w:val="bullet"/>
      <w:lvlText w:val="•"/>
      <w:lvlJc w:val="left"/>
      <w:pPr>
        <w:ind w:left="6085" w:hanging="360"/>
      </w:pPr>
      <w:rPr>
        <w:rFonts w:hint="default"/>
      </w:rPr>
    </w:lvl>
    <w:lvl w:ilvl="7" w:tplc="B64AD978">
      <w:numFmt w:val="bullet"/>
      <w:lvlText w:val="•"/>
      <w:lvlJc w:val="left"/>
      <w:pPr>
        <w:ind w:left="6993" w:hanging="360"/>
      </w:pPr>
      <w:rPr>
        <w:rFonts w:hint="default"/>
      </w:rPr>
    </w:lvl>
    <w:lvl w:ilvl="8" w:tplc="4B380CE4">
      <w:numFmt w:val="bullet"/>
      <w:lvlText w:val="•"/>
      <w:lvlJc w:val="left"/>
      <w:pPr>
        <w:ind w:left="7900" w:hanging="360"/>
      </w:pPr>
      <w:rPr>
        <w:rFonts w:hint="default"/>
      </w:rPr>
    </w:lvl>
  </w:abstractNum>
  <w:num w:numId="1" w16cid:durableId="380515577">
    <w:abstractNumId w:val="8"/>
  </w:num>
  <w:num w:numId="2" w16cid:durableId="1370498180">
    <w:abstractNumId w:val="6"/>
  </w:num>
  <w:num w:numId="3" w16cid:durableId="300695278">
    <w:abstractNumId w:val="5"/>
  </w:num>
  <w:num w:numId="4" w16cid:durableId="1945310044">
    <w:abstractNumId w:val="4"/>
  </w:num>
  <w:num w:numId="5" w16cid:durableId="1773815393">
    <w:abstractNumId w:val="7"/>
  </w:num>
  <w:num w:numId="6" w16cid:durableId="2046564640">
    <w:abstractNumId w:val="3"/>
  </w:num>
  <w:num w:numId="7" w16cid:durableId="1571767014">
    <w:abstractNumId w:val="2"/>
  </w:num>
  <w:num w:numId="8" w16cid:durableId="476922132">
    <w:abstractNumId w:val="1"/>
  </w:num>
  <w:num w:numId="9" w16cid:durableId="548955625">
    <w:abstractNumId w:val="0"/>
  </w:num>
  <w:num w:numId="10" w16cid:durableId="445271244">
    <w:abstractNumId w:val="13"/>
  </w:num>
  <w:num w:numId="11" w16cid:durableId="500504958">
    <w:abstractNumId w:val="11"/>
  </w:num>
  <w:num w:numId="12" w16cid:durableId="951277878">
    <w:abstractNumId w:val="10"/>
  </w:num>
  <w:num w:numId="13" w16cid:durableId="309751727">
    <w:abstractNumId w:val="9"/>
  </w:num>
  <w:num w:numId="14" w16cid:durableId="941306683">
    <w:abstractNumId w:val="12"/>
  </w:num>
  <w:num w:numId="15" w16cid:durableId="12434181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ocumentProtection w:edit="forms" w:formatting="1" w:enforcement="1" w:cryptProviderType="rsaAES" w:cryptAlgorithmClass="hash" w:cryptAlgorithmType="typeAny" w:cryptAlgorithmSid="14" w:cryptSpinCount="100000" w:hash="sABR8pr57TCLjlKeXOpCt7BkM3LY8hyQSvzILFmYVHQnNDgHBNy/sAssFLZLQfKrOH5kgzU7p1KV/zxisskZrA==" w:salt="ufYweC5x4cu5o9ZsN0JKPQ=="/>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255"/>
    <w:rsid w:val="00045454"/>
    <w:rsid w:val="0006063C"/>
    <w:rsid w:val="00066E46"/>
    <w:rsid w:val="00086D3D"/>
    <w:rsid w:val="000A11F7"/>
    <w:rsid w:val="000B7421"/>
    <w:rsid w:val="000D0A2E"/>
    <w:rsid w:val="000D1212"/>
    <w:rsid w:val="001057D0"/>
    <w:rsid w:val="00114D8C"/>
    <w:rsid w:val="00121E59"/>
    <w:rsid w:val="00122BFD"/>
    <w:rsid w:val="0015074B"/>
    <w:rsid w:val="001615CA"/>
    <w:rsid w:val="001662A6"/>
    <w:rsid w:val="00181579"/>
    <w:rsid w:val="00196178"/>
    <w:rsid w:val="00247300"/>
    <w:rsid w:val="002677E7"/>
    <w:rsid w:val="00273CBF"/>
    <w:rsid w:val="0029639D"/>
    <w:rsid w:val="00317BBA"/>
    <w:rsid w:val="003203A3"/>
    <w:rsid w:val="00326F90"/>
    <w:rsid w:val="00344448"/>
    <w:rsid w:val="0036402E"/>
    <w:rsid w:val="003E62B7"/>
    <w:rsid w:val="003E701A"/>
    <w:rsid w:val="00435D63"/>
    <w:rsid w:val="00440655"/>
    <w:rsid w:val="0048161A"/>
    <w:rsid w:val="005242D1"/>
    <w:rsid w:val="005279AE"/>
    <w:rsid w:val="00551520"/>
    <w:rsid w:val="0057221B"/>
    <w:rsid w:val="005757C3"/>
    <w:rsid w:val="005A2782"/>
    <w:rsid w:val="005E3A67"/>
    <w:rsid w:val="00641DC4"/>
    <w:rsid w:val="00680D90"/>
    <w:rsid w:val="0068378C"/>
    <w:rsid w:val="006952F8"/>
    <w:rsid w:val="006956DA"/>
    <w:rsid w:val="006F6440"/>
    <w:rsid w:val="007261C4"/>
    <w:rsid w:val="007C0DA0"/>
    <w:rsid w:val="00823A20"/>
    <w:rsid w:val="008513F2"/>
    <w:rsid w:val="00891AB4"/>
    <w:rsid w:val="00892D17"/>
    <w:rsid w:val="008F3231"/>
    <w:rsid w:val="00905C59"/>
    <w:rsid w:val="00940BD0"/>
    <w:rsid w:val="009766B9"/>
    <w:rsid w:val="009B3687"/>
    <w:rsid w:val="009D3AE4"/>
    <w:rsid w:val="009D7CB5"/>
    <w:rsid w:val="009E3EFB"/>
    <w:rsid w:val="00A0303F"/>
    <w:rsid w:val="00A85D33"/>
    <w:rsid w:val="00A91A68"/>
    <w:rsid w:val="00AA1D8D"/>
    <w:rsid w:val="00AA68BA"/>
    <w:rsid w:val="00AB7171"/>
    <w:rsid w:val="00AB7B83"/>
    <w:rsid w:val="00AC4340"/>
    <w:rsid w:val="00AE5493"/>
    <w:rsid w:val="00AE64BF"/>
    <w:rsid w:val="00AF0F6C"/>
    <w:rsid w:val="00AF65B3"/>
    <w:rsid w:val="00B137C1"/>
    <w:rsid w:val="00B20B1A"/>
    <w:rsid w:val="00B30EBE"/>
    <w:rsid w:val="00B403C9"/>
    <w:rsid w:val="00B47730"/>
    <w:rsid w:val="00B479B1"/>
    <w:rsid w:val="00B52499"/>
    <w:rsid w:val="00B719E8"/>
    <w:rsid w:val="00B87FE1"/>
    <w:rsid w:val="00B9474C"/>
    <w:rsid w:val="00BC7E4B"/>
    <w:rsid w:val="00BD651F"/>
    <w:rsid w:val="00BD6B0B"/>
    <w:rsid w:val="00C11DA3"/>
    <w:rsid w:val="00C1756A"/>
    <w:rsid w:val="00C223E7"/>
    <w:rsid w:val="00CA4085"/>
    <w:rsid w:val="00CB0664"/>
    <w:rsid w:val="00CB3655"/>
    <w:rsid w:val="00CC6509"/>
    <w:rsid w:val="00D44F6A"/>
    <w:rsid w:val="00D72486"/>
    <w:rsid w:val="00D851BD"/>
    <w:rsid w:val="00D929DA"/>
    <w:rsid w:val="00DB29A9"/>
    <w:rsid w:val="00DD784D"/>
    <w:rsid w:val="00E074DA"/>
    <w:rsid w:val="00E91251"/>
    <w:rsid w:val="00ED6194"/>
    <w:rsid w:val="00EE225A"/>
    <w:rsid w:val="00F243F8"/>
    <w:rsid w:val="00F504FB"/>
    <w:rsid w:val="00F84DBB"/>
    <w:rsid w:val="00FA077D"/>
    <w:rsid w:val="00FC693F"/>
    <w:rsid w:val="00FD32E7"/>
    <w:rsid w:val="00FF1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47883D9"/>
  <w14:defaultImageDpi w14:val="330"/>
  <w15:docId w15:val="{021F0CFE-99D3-478A-885A-E00CCFA83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39"/>
    <w:locked/>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locked/>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locked/>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locked/>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locked/>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locked/>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locked/>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locked/>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locked/>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locked/>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locked/>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locked/>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locked/>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locked/>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locked/>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locked/>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locked/>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locked/>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locked/>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locked/>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locked/>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locked/>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locked/>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locked/>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locked/>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locked/>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locked/>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locked/>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locked/>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locked/>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locked/>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locked/>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locked/>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locked/>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locked/>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locked/>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locked/>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locked/>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locked/>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locked/>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locked/>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locked/>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locked/>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locked/>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locked/>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locked/>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locked/>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locked/>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locked/>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locked/>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locked/>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locked/>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locked/>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locked/>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locked/>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locked/>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locked/>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locked/>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locked/>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locked/>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locked/>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locked/>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locked/>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locked/>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locked/>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locked/>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Placeholder Text"/>
    <w:basedOn w:val="a2"/>
    <w:uiPriority w:val="99"/>
    <w:semiHidden/>
    <w:rsid w:val="00273CBF"/>
    <w:rPr>
      <w:color w:val="666666"/>
    </w:rPr>
  </w:style>
  <w:style w:type="table" w:customStyle="1" w:styleId="TableNormal">
    <w:name w:val="Table Normal"/>
    <w:uiPriority w:val="2"/>
    <w:semiHidden/>
    <w:unhideWhenUsed/>
    <w:qFormat/>
    <w:locked/>
    <w:rsid w:val="007261C4"/>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1"/>
    <w:uiPriority w:val="1"/>
    <w:qFormat/>
    <w:locked/>
    <w:rsid w:val="007261C4"/>
    <w:pPr>
      <w:widowControl w:val="0"/>
      <w:autoSpaceDE w:val="0"/>
      <w:autoSpaceDN w:val="0"/>
      <w:spacing w:after="0" w:line="240" w:lineRule="auto"/>
    </w:pPr>
    <w:rPr>
      <w:rFonts w:ascii="ＭＳ ゴシック" w:eastAsia="ＭＳ ゴシック" w:hAnsi="ＭＳ ゴシック" w:cs="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9948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DAE5D69A6CA46D4840AE1CA8B54259A"/>
        <w:category>
          <w:name w:val="全般"/>
          <w:gallery w:val="placeholder"/>
        </w:category>
        <w:types>
          <w:type w:val="bbPlcHdr"/>
        </w:types>
        <w:behaviors>
          <w:behavior w:val="content"/>
        </w:behaviors>
        <w:guid w:val="{1C6F3622-FD60-45CC-807C-B46BF7CFA895}"/>
      </w:docPartPr>
      <w:docPartBody>
        <w:p w:rsidR="00244D27" w:rsidRDefault="00037238" w:rsidP="00037238">
          <w:pPr>
            <w:pStyle w:val="4DAE5D69A6CA46D4840AE1CA8B54259A"/>
          </w:pPr>
          <w:r>
            <w:rPr>
              <w:rStyle w:val="a3"/>
              <w:rFonts w:hint="eastAsia"/>
              <w:lang w:eastAsia="ja-JP"/>
            </w:rPr>
            <w:t>（ふりがなを入力）</w:t>
          </w:r>
        </w:p>
      </w:docPartBody>
    </w:docPart>
    <w:docPart>
      <w:docPartPr>
        <w:name w:val="7B2ED2043E0B49E885A81085C4510F68"/>
        <w:category>
          <w:name w:val="全般"/>
          <w:gallery w:val="placeholder"/>
        </w:category>
        <w:types>
          <w:type w:val="bbPlcHdr"/>
        </w:types>
        <w:behaviors>
          <w:behavior w:val="content"/>
        </w:behaviors>
        <w:guid w:val="{81B8A003-536D-41A2-BB6B-9A63E477872C}"/>
      </w:docPartPr>
      <w:docPartBody>
        <w:p w:rsidR="00244D27" w:rsidRDefault="00035703" w:rsidP="00035703">
          <w:pPr>
            <w:pStyle w:val="7B2ED2043E0B49E885A81085C4510F68"/>
          </w:pPr>
          <w:r>
            <w:rPr>
              <w:rStyle w:val="a3"/>
              <w:rFonts w:hint="eastAsia"/>
              <w:lang w:eastAsia="ja-JP"/>
            </w:rPr>
            <w:t>氏名</w:t>
          </w:r>
          <w:r w:rsidRPr="00653D4D">
            <w:rPr>
              <w:rStyle w:val="a3"/>
              <w:rFonts w:hint="eastAsia"/>
              <w:lang w:eastAsia="ja-JP"/>
            </w:rPr>
            <w:t>を入力してください。</w:t>
          </w:r>
        </w:p>
      </w:docPartBody>
    </w:docPart>
    <w:docPart>
      <w:docPartPr>
        <w:name w:val="758B40B7B48B4FA295F455F6852933C6"/>
        <w:category>
          <w:name w:val="全般"/>
          <w:gallery w:val="placeholder"/>
        </w:category>
        <w:types>
          <w:type w:val="bbPlcHdr"/>
        </w:types>
        <w:behaviors>
          <w:behavior w:val="content"/>
        </w:behaviors>
        <w:guid w:val="{C987C9A1-4A74-4194-ADE7-B782A10CC3AB}"/>
      </w:docPartPr>
      <w:docPartBody>
        <w:p w:rsidR="00244D27" w:rsidRDefault="00037238" w:rsidP="00037238">
          <w:pPr>
            <w:pStyle w:val="758B40B7B48B4FA295F455F6852933C6"/>
          </w:pPr>
          <w:r>
            <w:rPr>
              <w:rStyle w:val="a3"/>
              <w:rFonts w:hint="eastAsia"/>
              <w:lang w:eastAsia="ja-JP"/>
            </w:rPr>
            <w:t>（学部名を</w:t>
          </w:r>
          <w:r w:rsidRPr="00653D4D">
            <w:rPr>
              <w:rStyle w:val="a3"/>
              <w:rFonts w:hint="eastAsia"/>
              <w:lang w:eastAsia="ja-JP"/>
            </w:rPr>
            <w:t>入力</w:t>
          </w:r>
          <w:r>
            <w:rPr>
              <w:rStyle w:val="a3"/>
              <w:rFonts w:hint="eastAsia"/>
              <w:lang w:eastAsia="ja-JP"/>
            </w:rPr>
            <w:t>）</w:t>
          </w:r>
        </w:p>
      </w:docPartBody>
    </w:docPart>
    <w:docPart>
      <w:docPartPr>
        <w:name w:val="FDE86D8B999D464689B0ED42282ADEFC"/>
        <w:category>
          <w:name w:val="全般"/>
          <w:gallery w:val="placeholder"/>
        </w:category>
        <w:types>
          <w:type w:val="bbPlcHdr"/>
        </w:types>
        <w:behaviors>
          <w:behavior w:val="content"/>
        </w:behaviors>
        <w:guid w:val="{C60A4090-D869-46EF-A566-A657226C2E30}"/>
      </w:docPartPr>
      <w:docPartBody>
        <w:p w:rsidR="00244D27" w:rsidRDefault="00037238" w:rsidP="00037238">
          <w:pPr>
            <w:pStyle w:val="FDE86D8B999D464689B0ED42282ADEFC"/>
          </w:pPr>
          <w:r>
            <w:rPr>
              <w:rStyle w:val="a3"/>
              <w:rFonts w:hint="eastAsia"/>
              <w:lang w:eastAsia="ja-JP"/>
            </w:rPr>
            <w:t>（学科名を入力）</w:t>
          </w:r>
        </w:p>
      </w:docPartBody>
    </w:docPart>
    <w:docPart>
      <w:docPartPr>
        <w:name w:val="1A10AF1E20224389B40CE96B1E690F80"/>
        <w:category>
          <w:name w:val="全般"/>
          <w:gallery w:val="placeholder"/>
        </w:category>
        <w:types>
          <w:type w:val="bbPlcHdr"/>
        </w:types>
        <w:behaviors>
          <w:behavior w:val="content"/>
        </w:behaviors>
        <w:guid w:val="{0EE563C9-65FB-46BF-B3BF-558FB158AE69}"/>
      </w:docPartPr>
      <w:docPartBody>
        <w:p w:rsidR="00244D27" w:rsidRDefault="00037238" w:rsidP="00037238">
          <w:pPr>
            <w:pStyle w:val="1A10AF1E20224389B40CE96B1E690F80"/>
          </w:pPr>
          <w:r>
            <w:rPr>
              <w:rStyle w:val="a3"/>
              <w:rFonts w:hint="eastAsia"/>
              <w:lang w:eastAsia="ja-JP"/>
            </w:rPr>
            <w:t>（学籍番号入力）</w:t>
          </w:r>
        </w:p>
      </w:docPartBody>
    </w:docPart>
    <w:docPart>
      <w:docPartPr>
        <w:name w:val="6F23FF231EF647839F0045F39D81AF30"/>
        <w:category>
          <w:name w:val="全般"/>
          <w:gallery w:val="placeholder"/>
        </w:category>
        <w:types>
          <w:type w:val="bbPlcHdr"/>
        </w:types>
        <w:behaviors>
          <w:behavior w:val="content"/>
        </w:behaviors>
        <w:guid w:val="{0329225C-5E5F-4CA7-8F0B-40DE46C4B830}"/>
      </w:docPartPr>
      <w:docPartBody>
        <w:p w:rsidR="00244D27" w:rsidRDefault="00037238" w:rsidP="00037238">
          <w:pPr>
            <w:pStyle w:val="6F23FF231EF647839F0045F39D81AF30"/>
          </w:pPr>
          <w:r>
            <w:rPr>
              <w:rStyle w:val="a3"/>
              <w:rFonts w:hint="eastAsia"/>
              <w:lang w:eastAsia="ja-JP"/>
            </w:rPr>
            <w:t>（学年を入力）</w:t>
          </w:r>
        </w:p>
      </w:docPartBody>
    </w:docPart>
    <w:docPart>
      <w:docPartPr>
        <w:name w:val="23713CB03D6145C6A99B98F199F52A70"/>
        <w:category>
          <w:name w:val="全般"/>
          <w:gallery w:val="placeholder"/>
        </w:category>
        <w:types>
          <w:type w:val="bbPlcHdr"/>
        </w:types>
        <w:behaviors>
          <w:behavior w:val="content"/>
        </w:behaviors>
        <w:guid w:val="{529714F2-624B-485D-A0A7-17864643BF15}"/>
      </w:docPartPr>
      <w:docPartBody>
        <w:p w:rsidR="00244D27" w:rsidRDefault="00037238" w:rsidP="00037238">
          <w:pPr>
            <w:pStyle w:val="23713CB03D6145C6A99B98F199F52A70"/>
          </w:pPr>
          <w:r w:rsidRPr="00BD6B0B">
            <w:rPr>
              <w:rStyle w:val="a3"/>
              <w:rFonts w:asciiTheme="minorEastAsia" w:eastAsiaTheme="minorEastAsia" w:hAnsiTheme="minorEastAsia" w:hint="eastAsia"/>
              <w:sz w:val="21"/>
              <w:szCs w:val="21"/>
            </w:rPr>
            <w:t>ここに学修の目的を入力してください。 （200字以上400字以内）</w:t>
          </w:r>
        </w:p>
      </w:docPartBody>
    </w:docPart>
    <w:docPart>
      <w:docPartPr>
        <w:name w:val="04350B0193FF441C8F594446F0261F3F"/>
        <w:category>
          <w:name w:val="全般"/>
          <w:gallery w:val="placeholder"/>
        </w:category>
        <w:types>
          <w:type w:val="bbPlcHdr"/>
        </w:types>
        <w:behaviors>
          <w:behavior w:val="content"/>
        </w:behaviors>
        <w:guid w:val="{100C4565-5D73-4934-B451-BCC398353C0B}"/>
      </w:docPartPr>
      <w:docPartBody>
        <w:p w:rsidR="00244D27" w:rsidRDefault="00037238" w:rsidP="00037238">
          <w:pPr>
            <w:pStyle w:val="04350B0193FF441C8F594446F0261F3F"/>
          </w:pPr>
          <w:r w:rsidRPr="00BD6B0B">
            <w:rPr>
              <w:rStyle w:val="a3"/>
              <w:rFonts w:asciiTheme="minorEastAsia" w:eastAsiaTheme="minorEastAsia" w:hAnsiTheme="minorEastAsia" w:hint="eastAsia"/>
              <w:sz w:val="21"/>
              <w:szCs w:val="21"/>
              <w:lang w:eastAsia="ja-JP"/>
            </w:rPr>
            <w:t>ここに学修の計画を入力してください。（200字以上400字以内）</w:t>
          </w:r>
        </w:p>
      </w:docPartBody>
    </w:docPart>
    <w:docPart>
      <w:docPartPr>
        <w:name w:val="E8854C5175D4435DB317E1234BCC4D05"/>
        <w:category>
          <w:name w:val="全般"/>
          <w:gallery w:val="placeholder"/>
        </w:category>
        <w:types>
          <w:type w:val="bbPlcHdr"/>
        </w:types>
        <w:behaviors>
          <w:behavior w:val="content"/>
        </w:behaviors>
        <w:guid w:val="{6EBA75F4-66A0-4B4B-80F5-F808602A03DD}"/>
      </w:docPartPr>
      <w:docPartBody>
        <w:p w:rsidR="00244D27" w:rsidRDefault="00037238" w:rsidP="00037238">
          <w:pPr>
            <w:pStyle w:val="E8854C5175D4435DB317E1234BCC4D05"/>
          </w:pPr>
          <w:r w:rsidRPr="00BD6B0B">
            <w:rPr>
              <w:rStyle w:val="a3"/>
              <w:rFonts w:asciiTheme="minorEastAsia" w:eastAsiaTheme="minorEastAsia" w:hAnsiTheme="minorEastAsia" w:hint="eastAsia"/>
              <w:sz w:val="21"/>
              <w:szCs w:val="21"/>
              <w:lang w:eastAsia="ja-JP"/>
            </w:rPr>
            <w:t>ここに入力してください（200字以上400字以内）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03"/>
    <w:rsid w:val="00032218"/>
    <w:rsid w:val="00035703"/>
    <w:rsid w:val="00037238"/>
    <w:rsid w:val="00244D27"/>
    <w:rsid w:val="003712E8"/>
    <w:rsid w:val="009F08EC"/>
    <w:rsid w:val="00A24002"/>
    <w:rsid w:val="00AB7B83"/>
    <w:rsid w:val="00B479B1"/>
    <w:rsid w:val="00E91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37238"/>
    <w:rPr>
      <w:color w:val="666666"/>
    </w:rPr>
  </w:style>
  <w:style w:type="paragraph" w:customStyle="1" w:styleId="4DAE5D69A6CA46D4840AE1CA8B54259A">
    <w:name w:val="4DAE5D69A6CA46D4840AE1CA8B54259A"/>
    <w:rsid w:val="00037238"/>
    <w:pPr>
      <w:spacing w:after="200" w:line="276" w:lineRule="auto"/>
    </w:pPr>
    <w:rPr>
      <w:kern w:val="0"/>
      <w:sz w:val="22"/>
      <w:szCs w:val="22"/>
      <w:lang w:eastAsia="en-US"/>
      <w14:ligatures w14:val="none"/>
    </w:rPr>
  </w:style>
  <w:style w:type="paragraph" w:customStyle="1" w:styleId="7B2ED2043E0B49E885A81085C4510F68">
    <w:name w:val="7B2ED2043E0B49E885A81085C4510F68"/>
    <w:rsid w:val="00035703"/>
    <w:pPr>
      <w:spacing w:after="200" w:line="276" w:lineRule="auto"/>
    </w:pPr>
    <w:rPr>
      <w:kern w:val="0"/>
      <w:sz w:val="22"/>
      <w:szCs w:val="22"/>
      <w:lang w:eastAsia="en-US"/>
      <w14:ligatures w14:val="none"/>
    </w:rPr>
  </w:style>
  <w:style w:type="paragraph" w:customStyle="1" w:styleId="758B40B7B48B4FA295F455F6852933C6">
    <w:name w:val="758B40B7B48B4FA295F455F6852933C6"/>
    <w:rsid w:val="00037238"/>
    <w:pPr>
      <w:spacing w:after="200" w:line="276" w:lineRule="auto"/>
    </w:pPr>
    <w:rPr>
      <w:kern w:val="0"/>
      <w:sz w:val="22"/>
      <w:szCs w:val="22"/>
      <w:lang w:eastAsia="en-US"/>
      <w14:ligatures w14:val="none"/>
    </w:rPr>
  </w:style>
  <w:style w:type="paragraph" w:customStyle="1" w:styleId="FDE86D8B999D464689B0ED42282ADEFC">
    <w:name w:val="FDE86D8B999D464689B0ED42282ADEFC"/>
    <w:rsid w:val="00037238"/>
    <w:pPr>
      <w:spacing w:after="200" w:line="276" w:lineRule="auto"/>
    </w:pPr>
    <w:rPr>
      <w:kern w:val="0"/>
      <w:sz w:val="22"/>
      <w:szCs w:val="22"/>
      <w:lang w:eastAsia="en-US"/>
      <w14:ligatures w14:val="none"/>
    </w:rPr>
  </w:style>
  <w:style w:type="paragraph" w:customStyle="1" w:styleId="1A10AF1E20224389B40CE96B1E690F80">
    <w:name w:val="1A10AF1E20224389B40CE96B1E690F80"/>
    <w:rsid w:val="00037238"/>
    <w:pPr>
      <w:spacing w:after="200" w:line="276" w:lineRule="auto"/>
    </w:pPr>
    <w:rPr>
      <w:kern w:val="0"/>
      <w:sz w:val="22"/>
      <w:szCs w:val="22"/>
      <w:lang w:eastAsia="en-US"/>
      <w14:ligatures w14:val="none"/>
    </w:rPr>
  </w:style>
  <w:style w:type="paragraph" w:customStyle="1" w:styleId="6F23FF231EF647839F0045F39D81AF30">
    <w:name w:val="6F23FF231EF647839F0045F39D81AF30"/>
    <w:rsid w:val="00037238"/>
    <w:pPr>
      <w:spacing w:after="200" w:line="276" w:lineRule="auto"/>
    </w:pPr>
    <w:rPr>
      <w:kern w:val="0"/>
      <w:sz w:val="22"/>
      <w:szCs w:val="22"/>
      <w:lang w:eastAsia="en-US"/>
      <w14:ligatures w14:val="none"/>
    </w:rPr>
  </w:style>
  <w:style w:type="paragraph" w:customStyle="1" w:styleId="23713CB03D6145C6A99B98F199F52A70">
    <w:name w:val="23713CB03D6145C6A99B98F199F52A70"/>
    <w:rsid w:val="00037238"/>
    <w:pPr>
      <w:widowControl w:val="0"/>
      <w:autoSpaceDE w:val="0"/>
      <w:autoSpaceDN w:val="0"/>
    </w:pPr>
    <w:rPr>
      <w:rFonts w:ascii="ＭＳ ゴシック" w:eastAsia="ＭＳ ゴシック" w:hAnsi="ＭＳ ゴシック" w:cs="ＭＳ ゴシック"/>
      <w:kern w:val="0"/>
      <w:sz w:val="22"/>
      <w:szCs w:val="22"/>
      <w:lang w:eastAsia="en-US"/>
      <w14:ligatures w14:val="none"/>
    </w:rPr>
  </w:style>
  <w:style w:type="paragraph" w:customStyle="1" w:styleId="04350B0193FF441C8F594446F0261F3F">
    <w:name w:val="04350B0193FF441C8F594446F0261F3F"/>
    <w:rsid w:val="00037238"/>
    <w:pPr>
      <w:widowControl w:val="0"/>
      <w:autoSpaceDE w:val="0"/>
      <w:autoSpaceDN w:val="0"/>
    </w:pPr>
    <w:rPr>
      <w:rFonts w:ascii="ＭＳ ゴシック" w:eastAsia="ＭＳ ゴシック" w:hAnsi="ＭＳ ゴシック" w:cs="ＭＳ ゴシック"/>
      <w:kern w:val="0"/>
      <w:sz w:val="22"/>
      <w:szCs w:val="22"/>
      <w:lang w:eastAsia="en-US"/>
      <w14:ligatures w14:val="none"/>
    </w:rPr>
  </w:style>
  <w:style w:type="paragraph" w:customStyle="1" w:styleId="E8854C5175D4435DB317E1234BCC4D05">
    <w:name w:val="E8854C5175D4435DB317E1234BCC4D05"/>
    <w:rsid w:val="00037238"/>
    <w:pPr>
      <w:widowControl w:val="0"/>
      <w:autoSpaceDE w:val="0"/>
      <w:autoSpaceDN w:val="0"/>
    </w:pPr>
    <w:rPr>
      <w:rFonts w:ascii="ＭＳ ゴシック" w:eastAsia="ＭＳ ゴシック" w:hAnsi="ＭＳ ゴシック" w:cs="ＭＳ ゴシック"/>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130</Words>
  <Characters>741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渕上　志朗</dc:creator>
  <cp:keywords/>
  <dc:description>generated by python-docx</dc:description>
  <cp:lastModifiedBy>渕上　志朗</cp:lastModifiedBy>
  <cp:revision>15</cp:revision>
  <cp:lastPrinted>2026-09-01T00:37:00Z</cp:lastPrinted>
  <dcterms:created xsi:type="dcterms:W3CDTF">2026-08-28T00:02:00Z</dcterms:created>
  <dcterms:modified xsi:type="dcterms:W3CDTF">2026-09-01T00:39:00Z</dcterms:modified>
  <cp:category/>
</cp:coreProperties>
</file>